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06A24" w14:textId="1B2667E0" w:rsidR="00F341A6" w:rsidRDefault="00000000">
      <w:pPr>
        <w:spacing w:after="60"/>
        <w:jc w:val="center"/>
      </w:pPr>
      <w:r>
        <w:rPr>
          <w:noProof/>
        </w:rPr>
        <w:drawing>
          <wp:inline distT="0" distB="0" distL="0" distR="0" wp14:anchorId="035CCC18" wp14:editId="60AA28CF">
            <wp:extent cx="6583680" cy="12858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cabezado_Blue_Flag_Progres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79136" w14:textId="7D6A1309" w:rsidR="00F341A6" w:rsidRDefault="00000000">
      <w:pPr>
        <w:pBdr>
          <w:bottom w:val="single" w:sz="8" w:space="0" w:color="5CA9DF"/>
        </w:pBdr>
        <w:spacing w:before="120" w:after="60"/>
      </w:pPr>
      <w:r>
        <w:rPr>
          <w:rFonts w:ascii="Arial" w:hAnsi="Arial"/>
          <w:b/>
          <w:color w:val="004C84"/>
          <w:sz w:val="20"/>
        </w:rPr>
        <w:t>DATOS GENERALES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673"/>
        <w:gridCol w:w="5812"/>
      </w:tblGrid>
      <w:tr w:rsidR="00F341A6" w14:paraId="48CA169B" w14:textId="77777777" w:rsidTr="002A3A91">
        <w:trPr>
          <w:jc w:val="center"/>
        </w:trPr>
        <w:tc>
          <w:tcPr>
            <w:tcW w:w="4673" w:type="dxa"/>
            <w:shd w:val="clear" w:color="auto" w:fill="0064A6"/>
            <w:vAlign w:val="center"/>
          </w:tcPr>
          <w:p w14:paraId="50CA9444" w14:textId="0EBE8ADF" w:rsidR="00F341A6" w:rsidRPr="002A3A9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A3A91">
              <w:rPr>
                <w:rFonts w:ascii="Arial" w:hAnsi="Arial" w:cs="Arial"/>
                <w:b/>
                <w:color w:val="FFFFFF"/>
                <w:sz w:val="20"/>
                <w:szCs w:val="20"/>
              </w:rPr>
              <w:t>MES:</w:t>
            </w:r>
            <w:r w:rsidR="002A3A91" w:rsidRPr="002A3A91">
              <w:rPr>
                <w:rFonts w:ascii="Arial" w:hAnsi="Arial" w:cs="Arial"/>
                <w:b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  <w:vAlign w:val="center"/>
          </w:tcPr>
          <w:p w14:paraId="06A6D1C5" w14:textId="1CF60889" w:rsidR="00F341A6" w:rsidRPr="002A3A91" w:rsidRDefault="00FC63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AGOSTO</w:t>
            </w:r>
            <w:r w:rsidR="002A3A91" w:rsidRPr="002A3A91">
              <w:rPr>
                <w:rFonts w:ascii="Arial" w:hAnsi="Arial" w:cs="Arial"/>
                <w:sz w:val="20"/>
                <w:szCs w:val="20"/>
              </w:rPr>
              <w:t xml:space="preserve"> 2026</w:t>
            </w:r>
          </w:p>
        </w:tc>
      </w:tr>
      <w:tr w:rsidR="00F341A6" w14:paraId="6781080B" w14:textId="77777777" w:rsidTr="002A3A91">
        <w:trPr>
          <w:jc w:val="center"/>
        </w:trPr>
        <w:tc>
          <w:tcPr>
            <w:tcW w:w="4673" w:type="dxa"/>
            <w:shd w:val="clear" w:color="auto" w:fill="0064A6"/>
            <w:vAlign w:val="center"/>
          </w:tcPr>
          <w:p w14:paraId="0BD22050" w14:textId="77777777" w:rsidR="00F341A6" w:rsidRPr="002A3A9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A3A91">
              <w:rPr>
                <w:rFonts w:ascii="Arial" w:hAnsi="Arial" w:cs="Arial"/>
                <w:b/>
                <w:color w:val="FFFFFF"/>
                <w:sz w:val="20"/>
                <w:szCs w:val="20"/>
              </w:rPr>
              <w:t>FECHA DE ELABORACIÓN:</w:t>
            </w:r>
          </w:p>
        </w:tc>
        <w:tc>
          <w:tcPr>
            <w:tcW w:w="5812" w:type="dxa"/>
            <w:vAlign w:val="center"/>
          </w:tcPr>
          <w:p w14:paraId="172E5509" w14:textId="2644553E" w:rsidR="00F341A6" w:rsidRPr="002A3A91" w:rsidRDefault="003C64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20 </w:t>
            </w:r>
            <w:r w:rsidR="00431DD5">
              <w:rPr>
                <w:rFonts w:ascii="Arial" w:hAnsi="Arial" w:cs="Arial"/>
                <w:sz w:val="20"/>
                <w:szCs w:val="20"/>
              </w:rPr>
              <w:t>AGOSTO</w:t>
            </w:r>
            <w:r w:rsidR="002A3A91" w:rsidRPr="002A3A91">
              <w:rPr>
                <w:rFonts w:ascii="Arial" w:hAnsi="Arial" w:cs="Arial"/>
                <w:sz w:val="20"/>
                <w:szCs w:val="20"/>
              </w:rPr>
              <w:t xml:space="preserve"> DE 2026</w:t>
            </w:r>
          </w:p>
        </w:tc>
      </w:tr>
      <w:tr w:rsidR="00F341A6" w14:paraId="037E0F81" w14:textId="77777777" w:rsidTr="002A3A91">
        <w:trPr>
          <w:jc w:val="center"/>
        </w:trPr>
        <w:tc>
          <w:tcPr>
            <w:tcW w:w="4673" w:type="dxa"/>
            <w:shd w:val="clear" w:color="auto" w:fill="0064A6"/>
            <w:vAlign w:val="center"/>
          </w:tcPr>
          <w:p w14:paraId="5C1E7CAA" w14:textId="77777777" w:rsidR="00F341A6" w:rsidRPr="002A3A9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A3A91">
              <w:rPr>
                <w:rFonts w:ascii="Arial" w:hAnsi="Arial" w:cs="Arial"/>
                <w:b/>
                <w:color w:val="FFFFFF"/>
                <w:sz w:val="20"/>
                <w:szCs w:val="20"/>
              </w:rPr>
              <w:t>SITIO:</w:t>
            </w:r>
          </w:p>
        </w:tc>
        <w:tc>
          <w:tcPr>
            <w:tcW w:w="5812" w:type="dxa"/>
            <w:vAlign w:val="center"/>
          </w:tcPr>
          <w:p w14:paraId="18A16A77" w14:textId="2CE659D4" w:rsidR="00F341A6" w:rsidRPr="002A3A91" w:rsidRDefault="002A3A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MALECÓN INTERNACIONAL</w:t>
            </w:r>
          </w:p>
        </w:tc>
      </w:tr>
      <w:tr w:rsidR="00F341A6" w14:paraId="0243E61E" w14:textId="77777777" w:rsidTr="002A3A91">
        <w:trPr>
          <w:jc w:val="center"/>
        </w:trPr>
        <w:tc>
          <w:tcPr>
            <w:tcW w:w="4673" w:type="dxa"/>
            <w:shd w:val="clear" w:color="auto" w:fill="0064A6"/>
            <w:vAlign w:val="center"/>
          </w:tcPr>
          <w:p w14:paraId="16258B27" w14:textId="77777777" w:rsidR="00F341A6" w:rsidRPr="002A3A9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A3A91">
              <w:rPr>
                <w:rFonts w:ascii="Arial" w:hAnsi="Arial" w:cs="Arial"/>
                <w:b/>
                <w:color w:val="FFFFFF"/>
                <w:sz w:val="20"/>
                <w:szCs w:val="20"/>
              </w:rPr>
              <w:t>RESPONSABLE:</w:t>
            </w:r>
          </w:p>
        </w:tc>
        <w:tc>
          <w:tcPr>
            <w:tcW w:w="5812" w:type="dxa"/>
            <w:vAlign w:val="center"/>
          </w:tcPr>
          <w:p w14:paraId="39580EFE" w14:textId="47D7FE55" w:rsidR="00F341A6" w:rsidRPr="002A3A91" w:rsidRDefault="002A3A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ROMUALDO TEC</w:t>
            </w:r>
          </w:p>
        </w:tc>
      </w:tr>
      <w:tr w:rsidR="00F341A6" w14:paraId="7D0E44CD" w14:textId="77777777" w:rsidTr="002A3A91">
        <w:trPr>
          <w:jc w:val="center"/>
        </w:trPr>
        <w:tc>
          <w:tcPr>
            <w:tcW w:w="4673" w:type="dxa"/>
            <w:shd w:val="clear" w:color="auto" w:fill="0064A6"/>
            <w:vAlign w:val="center"/>
          </w:tcPr>
          <w:p w14:paraId="01DFB716" w14:textId="03240ECE" w:rsidR="00F341A6" w:rsidRPr="002A3A9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A3A91">
              <w:rPr>
                <w:rFonts w:ascii="Arial" w:hAnsi="Arial" w:cs="Arial"/>
                <w:b/>
                <w:color w:val="FFFFFF"/>
                <w:sz w:val="20"/>
                <w:szCs w:val="20"/>
              </w:rPr>
              <w:t>CARGO:</w:t>
            </w:r>
          </w:p>
        </w:tc>
        <w:tc>
          <w:tcPr>
            <w:tcW w:w="5812" w:type="dxa"/>
            <w:vAlign w:val="center"/>
          </w:tcPr>
          <w:p w14:paraId="7E7F8495" w14:textId="57BBCECA" w:rsidR="00F341A6" w:rsidRPr="002A3A91" w:rsidRDefault="002A3A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ADMINISTRADOR DE LA CERTIFICACIÓN BLUE FLAG</w:t>
            </w:r>
            <w:r w:rsidRPr="002A3A91">
              <w:rPr>
                <w:rFonts w:ascii="Arial" w:hAnsi="Arial" w:cs="Arial"/>
                <w:sz w:val="20"/>
                <w:szCs w:val="20"/>
              </w:rPr>
              <w:t>___________________________________</w:t>
            </w:r>
          </w:p>
        </w:tc>
      </w:tr>
    </w:tbl>
    <w:p w14:paraId="27726EC6" w14:textId="77777777" w:rsidR="00F341A6" w:rsidRDefault="00000000">
      <w:pPr>
        <w:pBdr>
          <w:bottom w:val="single" w:sz="8" w:space="0" w:color="5CA9DF"/>
        </w:pBdr>
        <w:spacing w:before="120" w:after="60"/>
      </w:pPr>
      <w:r>
        <w:rPr>
          <w:rFonts w:ascii="Arial" w:hAnsi="Arial"/>
          <w:b/>
          <w:color w:val="004C84"/>
          <w:sz w:val="20"/>
        </w:rPr>
        <w:t>1. RESUMEN DEL MES</w:t>
      </w:r>
    </w:p>
    <w:p w14:paraId="6C1076F9" w14:textId="7632DD54" w:rsidR="00F341A6" w:rsidRDefault="00000000">
      <w:pPr>
        <w:spacing w:after="40"/>
      </w:pPr>
      <w:proofErr w:type="spellStart"/>
      <w:r>
        <w:rPr>
          <w:rFonts w:ascii="Arial" w:hAnsi="Arial"/>
          <w:color w:val="5F6E78"/>
          <w:sz w:val="16"/>
        </w:rPr>
        <w:t>Describa</w:t>
      </w:r>
      <w:proofErr w:type="spellEnd"/>
      <w:r>
        <w:rPr>
          <w:rFonts w:ascii="Arial" w:hAnsi="Arial"/>
          <w:color w:val="5F6E78"/>
          <w:sz w:val="16"/>
        </w:rPr>
        <w:t xml:space="preserve"> </w:t>
      </w:r>
      <w:proofErr w:type="spellStart"/>
      <w:r>
        <w:rPr>
          <w:rFonts w:ascii="Arial" w:hAnsi="Arial"/>
          <w:color w:val="5F6E78"/>
          <w:sz w:val="16"/>
        </w:rPr>
        <w:t>brevemente</w:t>
      </w:r>
      <w:proofErr w:type="spellEnd"/>
      <w:r>
        <w:rPr>
          <w:rFonts w:ascii="Arial" w:hAnsi="Arial"/>
          <w:color w:val="5F6E78"/>
          <w:sz w:val="16"/>
        </w:rPr>
        <w:t xml:space="preserve"> las </w:t>
      </w:r>
      <w:proofErr w:type="spellStart"/>
      <w:r>
        <w:rPr>
          <w:rFonts w:ascii="Arial" w:hAnsi="Arial"/>
          <w:color w:val="5F6E78"/>
          <w:sz w:val="16"/>
        </w:rPr>
        <w:t>actividades</w:t>
      </w:r>
      <w:proofErr w:type="spellEnd"/>
      <w:r>
        <w:rPr>
          <w:rFonts w:ascii="Arial" w:hAnsi="Arial"/>
          <w:color w:val="5F6E78"/>
          <w:sz w:val="16"/>
        </w:rPr>
        <w:t xml:space="preserve"> realizadas, los principales logros y resultados del mes.</w:t>
      </w:r>
      <w:r>
        <w:rPr>
          <w:rFonts w:ascii="Arial" w:hAnsi="Arial"/>
          <w:color w:val="5F6E78"/>
          <w:sz w:val="16"/>
        </w:rPr>
        <w:br/>
      </w:r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 xml:space="preserve">Con el </w:t>
      </w:r>
      <w:proofErr w:type="spellStart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>objetivo</w:t>
      </w:r>
      <w:proofErr w:type="spellEnd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 xml:space="preserve"> de </w:t>
      </w:r>
      <w:proofErr w:type="spellStart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>fomentar</w:t>
      </w:r>
      <w:proofErr w:type="spellEnd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 xml:space="preserve"> la </w:t>
      </w:r>
      <w:proofErr w:type="spellStart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>conciencia</w:t>
      </w:r>
      <w:proofErr w:type="spellEnd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>ambiental</w:t>
      </w:r>
      <w:proofErr w:type="spellEnd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 xml:space="preserve"> y el </w:t>
      </w:r>
      <w:proofErr w:type="spellStart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>cuidado</w:t>
      </w:r>
      <w:proofErr w:type="spellEnd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 xml:space="preserve"> de los </w:t>
      </w:r>
      <w:proofErr w:type="spellStart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>espacios</w:t>
      </w:r>
      <w:proofErr w:type="spellEnd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 xml:space="preserve"> naturales, se </w:t>
      </w:r>
      <w:proofErr w:type="spellStart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>realizó</w:t>
      </w:r>
      <w:proofErr w:type="spellEnd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>una</w:t>
      </w:r>
      <w:proofErr w:type="spellEnd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>campaña</w:t>
      </w:r>
      <w:proofErr w:type="spellEnd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 xml:space="preserve"> de </w:t>
      </w:r>
      <w:proofErr w:type="spellStart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>saneamiento</w:t>
      </w:r>
      <w:proofErr w:type="spellEnd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>costero</w:t>
      </w:r>
      <w:proofErr w:type="spellEnd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>en</w:t>
      </w:r>
      <w:proofErr w:type="spellEnd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 xml:space="preserve"> el </w:t>
      </w:r>
      <w:proofErr w:type="spellStart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>puerto</w:t>
      </w:r>
      <w:proofErr w:type="spellEnd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 xml:space="preserve"> de Progreso. La </w:t>
      </w:r>
      <w:proofErr w:type="spellStart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>actividad</w:t>
      </w:r>
      <w:proofErr w:type="spellEnd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 xml:space="preserve"> se </w:t>
      </w:r>
      <w:proofErr w:type="spellStart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>consolidó</w:t>
      </w:r>
      <w:proofErr w:type="spellEnd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 xml:space="preserve"> gracias a la </w:t>
      </w:r>
      <w:proofErr w:type="spellStart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>estrecha</w:t>
      </w:r>
      <w:proofErr w:type="spellEnd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>coordinación</w:t>
      </w:r>
      <w:proofErr w:type="spellEnd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 xml:space="preserve"> entre </w:t>
      </w:r>
      <w:proofErr w:type="spellStart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>empresas</w:t>
      </w:r>
      <w:proofErr w:type="spellEnd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>privadas</w:t>
      </w:r>
      <w:proofErr w:type="spellEnd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 xml:space="preserve"> y las </w:t>
      </w:r>
      <w:proofErr w:type="spellStart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>autoridades</w:t>
      </w:r>
      <w:proofErr w:type="spellEnd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="00C52395" w:rsidRPr="00C52395">
        <w:rPr>
          <w:rFonts w:ascii="Arial" w:hAnsi="Arial"/>
          <w:color w:val="5F6E78"/>
          <w:sz w:val="20"/>
          <w:szCs w:val="20"/>
          <w:u w:val="single"/>
        </w:rPr>
        <w:t>municipale</w:t>
      </w:r>
      <w:proofErr w:type="spellEnd"/>
      <w:r>
        <w:rPr>
          <w:rFonts w:ascii="Arial" w:hAnsi="Arial"/>
          <w:color w:val="5F6E78"/>
          <w:sz w:val="16"/>
        </w:rPr>
        <w:br/>
      </w:r>
    </w:p>
    <w:p w14:paraId="4EB10E84" w14:textId="0A89D004" w:rsidR="00F341A6" w:rsidRDefault="003C64CC">
      <w:pPr>
        <w:pBdr>
          <w:bottom w:val="single" w:sz="8" w:space="0" w:color="5CA9DF"/>
        </w:pBdr>
        <w:spacing w:before="120" w:after="60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A20BF57" wp14:editId="74D1A0AF">
            <wp:simplePos x="0" y="0"/>
            <wp:positionH relativeFrom="column">
              <wp:posOffset>4507231</wp:posOffset>
            </wp:positionH>
            <wp:positionV relativeFrom="paragraph">
              <wp:posOffset>206375</wp:posOffset>
            </wp:positionV>
            <wp:extent cx="2228850" cy="1828800"/>
            <wp:effectExtent l="0" t="0" r="0" b="0"/>
            <wp:wrapNone/>
            <wp:docPr id="34823498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65" r="57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828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46C54CC4" wp14:editId="290E3CB5">
            <wp:simplePos x="0" y="0"/>
            <wp:positionH relativeFrom="column">
              <wp:posOffset>1905</wp:posOffset>
            </wp:positionH>
            <wp:positionV relativeFrom="paragraph">
              <wp:posOffset>244475</wp:posOffset>
            </wp:positionV>
            <wp:extent cx="2257425" cy="1800225"/>
            <wp:effectExtent l="0" t="0" r="9525" b="9525"/>
            <wp:wrapNone/>
            <wp:docPr id="180225231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78" r="70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800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2CFA">
        <w:rPr>
          <w:rFonts w:ascii="Arial" w:hAnsi="Arial"/>
          <w:b/>
          <w:color w:val="004C84"/>
          <w:sz w:val="20"/>
        </w:rPr>
        <w:t>2. PRINCIPALES ACTIVIDADES REALIZADAS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49"/>
        <w:gridCol w:w="3548"/>
        <w:gridCol w:w="3549"/>
      </w:tblGrid>
      <w:tr w:rsidR="00F341A6" w14:paraId="1576DC85" w14:textId="77777777" w:rsidTr="003C64CC">
        <w:trPr>
          <w:jc w:val="center"/>
        </w:trPr>
        <w:tc>
          <w:tcPr>
            <w:tcW w:w="3549" w:type="dxa"/>
            <w:shd w:val="clear" w:color="auto" w:fill="EAF3F9"/>
            <w:vAlign w:val="center"/>
          </w:tcPr>
          <w:p w14:paraId="5419453A" w14:textId="61EB3874" w:rsidR="00F341A6" w:rsidRDefault="003C64CC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9B5C0D8" wp14:editId="223BAB38">
                  <wp:simplePos x="0" y="0"/>
                  <wp:positionH relativeFrom="column">
                    <wp:posOffset>2193925</wp:posOffset>
                  </wp:positionH>
                  <wp:positionV relativeFrom="paragraph">
                    <wp:posOffset>-1270</wp:posOffset>
                  </wp:positionV>
                  <wp:extent cx="2219325" cy="1752600"/>
                  <wp:effectExtent l="0" t="0" r="9525" b="0"/>
                  <wp:wrapNone/>
                  <wp:docPr id="1182256331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603" t="19313" r="15801" b="183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1752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  <w:t>[INSERTAR FOTOGRAFÍA AQUÍ]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</w:r>
          </w:p>
          <w:p w14:paraId="4E24B861" w14:textId="77777777" w:rsidR="00522CFA" w:rsidRDefault="00522CFA">
            <w:pPr>
              <w:jc w:val="center"/>
            </w:pPr>
          </w:p>
          <w:p w14:paraId="4272AAAC" w14:textId="77777777" w:rsidR="00522CFA" w:rsidRDefault="00522CFA">
            <w:pPr>
              <w:jc w:val="center"/>
            </w:pPr>
          </w:p>
          <w:p w14:paraId="5CE0E208" w14:textId="77777777" w:rsidR="00522CFA" w:rsidRDefault="00522CFA">
            <w:pPr>
              <w:jc w:val="center"/>
            </w:pPr>
          </w:p>
          <w:p w14:paraId="174BF57E" w14:textId="77777777" w:rsidR="00522CFA" w:rsidRDefault="00522CFA">
            <w:pPr>
              <w:jc w:val="center"/>
            </w:pPr>
          </w:p>
          <w:p w14:paraId="4F6B6456" w14:textId="77777777" w:rsidR="00522CFA" w:rsidRDefault="00522CFA">
            <w:pPr>
              <w:jc w:val="center"/>
            </w:pPr>
          </w:p>
          <w:p w14:paraId="04B16EE9" w14:textId="77777777" w:rsidR="00522CFA" w:rsidRDefault="00522CFA">
            <w:pPr>
              <w:jc w:val="center"/>
            </w:pPr>
          </w:p>
          <w:p w14:paraId="7986B2B2" w14:textId="77777777" w:rsidR="00522CFA" w:rsidRDefault="00522CFA" w:rsidP="00522CFA"/>
        </w:tc>
        <w:tc>
          <w:tcPr>
            <w:tcW w:w="3548" w:type="dxa"/>
            <w:shd w:val="clear" w:color="auto" w:fill="EAF3F9"/>
            <w:vAlign w:val="center"/>
          </w:tcPr>
          <w:p w14:paraId="3F824136" w14:textId="333A2E91" w:rsidR="00F341A6" w:rsidRDefault="00000000">
            <w:pPr>
              <w:jc w:val="center"/>
            </w:pP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  <w:t>[INSERTAR FOTOGRAFÍA AQUÍ]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3549" w:type="dxa"/>
            <w:shd w:val="clear" w:color="auto" w:fill="EAF3F9"/>
            <w:vAlign w:val="center"/>
          </w:tcPr>
          <w:p w14:paraId="030C99D9" w14:textId="660936D7" w:rsidR="00F341A6" w:rsidRDefault="00000000">
            <w:pPr>
              <w:jc w:val="center"/>
            </w:pP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  <w:t>[INSERTAR FOTOGRAFÍA AQUÍ]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</w:r>
          </w:p>
        </w:tc>
      </w:tr>
      <w:tr w:rsidR="00F341A6" w14:paraId="2C487989" w14:textId="77777777" w:rsidTr="003C64CC">
        <w:trPr>
          <w:jc w:val="center"/>
        </w:trPr>
        <w:tc>
          <w:tcPr>
            <w:tcW w:w="3549" w:type="dxa"/>
            <w:vAlign w:val="center"/>
          </w:tcPr>
          <w:p w14:paraId="0BF6A720" w14:textId="5411F4B7" w:rsidR="00F341A6" w:rsidRDefault="00000000">
            <w:proofErr w:type="spellStart"/>
            <w:r>
              <w:rPr>
                <w:rFonts w:ascii="Arial" w:hAnsi="Arial"/>
                <w:sz w:val="14"/>
              </w:rPr>
              <w:t>Actividad</w:t>
            </w:r>
            <w:proofErr w:type="spellEnd"/>
            <w:r>
              <w:rPr>
                <w:rFonts w:ascii="Arial" w:hAnsi="Arial"/>
                <w:sz w:val="14"/>
              </w:rPr>
              <w:t xml:space="preserve">: </w:t>
            </w:r>
            <w:r w:rsidR="003C64CC">
              <w:rPr>
                <w:rFonts w:ascii="Arial" w:hAnsi="Arial"/>
                <w:sz w:val="14"/>
              </w:rPr>
              <w:t>RECIBIMIENTO Y PLÁTICA BREVE SOBRE LA IMPORTANCIA DEL CUIDADO DE LAS PLAYAS.</w:t>
            </w:r>
          </w:p>
        </w:tc>
        <w:tc>
          <w:tcPr>
            <w:tcW w:w="3548" w:type="dxa"/>
            <w:vAlign w:val="center"/>
          </w:tcPr>
          <w:p w14:paraId="107621B6" w14:textId="5CD1643A" w:rsidR="00F341A6" w:rsidRDefault="00000000">
            <w:r>
              <w:rPr>
                <w:rFonts w:ascii="Arial" w:hAnsi="Arial"/>
                <w:sz w:val="14"/>
              </w:rPr>
              <w:t xml:space="preserve">Actividad: </w:t>
            </w:r>
            <w:r w:rsidR="003C64CC">
              <w:rPr>
                <w:rFonts w:ascii="Arial" w:hAnsi="Arial"/>
                <w:sz w:val="14"/>
              </w:rPr>
              <w:t>RECOLECCIÓN DE RESIDUOS S3ÓLIDOS EN LA PLAYA</w:t>
            </w:r>
          </w:p>
        </w:tc>
        <w:tc>
          <w:tcPr>
            <w:tcW w:w="3549" w:type="dxa"/>
            <w:vAlign w:val="center"/>
          </w:tcPr>
          <w:p w14:paraId="1EF8079B" w14:textId="119C900C" w:rsidR="00F341A6" w:rsidRDefault="00000000">
            <w:proofErr w:type="spellStart"/>
            <w:r>
              <w:rPr>
                <w:rFonts w:ascii="Arial" w:hAnsi="Arial"/>
                <w:sz w:val="14"/>
              </w:rPr>
              <w:t>Actividad</w:t>
            </w:r>
            <w:proofErr w:type="spellEnd"/>
            <w:r>
              <w:rPr>
                <w:rFonts w:ascii="Arial" w:hAnsi="Arial"/>
                <w:sz w:val="14"/>
              </w:rPr>
              <w:t xml:space="preserve">: </w:t>
            </w:r>
            <w:r w:rsidR="003C64CC">
              <w:rPr>
                <w:rFonts w:ascii="Arial" w:hAnsi="Arial"/>
                <w:sz w:val="14"/>
              </w:rPr>
              <w:t>FOTO GRUPAL</w:t>
            </w:r>
          </w:p>
        </w:tc>
      </w:tr>
    </w:tbl>
    <w:p w14:paraId="6ADA51C9" w14:textId="77777777" w:rsidR="00F341A6" w:rsidRDefault="00000000">
      <w:pPr>
        <w:pBdr>
          <w:bottom w:val="single" w:sz="8" w:space="0" w:color="5CA9DF"/>
        </w:pBdr>
        <w:spacing w:before="120" w:after="60"/>
      </w:pPr>
      <w:r>
        <w:rPr>
          <w:rFonts w:ascii="Arial" w:hAnsi="Arial"/>
          <w:b/>
          <w:color w:val="004C84"/>
          <w:sz w:val="20"/>
        </w:rPr>
        <w:t>3. PARTICIPANTES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129"/>
        <w:gridCol w:w="2129"/>
        <w:gridCol w:w="2129"/>
        <w:gridCol w:w="2129"/>
        <w:gridCol w:w="2130"/>
      </w:tblGrid>
      <w:tr w:rsidR="00F341A6" w14:paraId="5C86CE98" w14:textId="77777777">
        <w:trPr>
          <w:jc w:val="center"/>
        </w:trPr>
        <w:tc>
          <w:tcPr>
            <w:tcW w:w="2131" w:type="dxa"/>
            <w:shd w:val="clear" w:color="auto" w:fill="0064A6"/>
            <w:vAlign w:val="center"/>
          </w:tcPr>
          <w:p w14:paraId="54806ABA" w14:textId="77777777" w:rsidR="00F341A6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TOTAL DE PARTICIPANTES</w:t>
            </w:r>
          </w:p>
        </w:tc>
        <w:tc>
          <w:tcPr>
            <w:tcW w:w="2131" w:type="dxa"/>
            <w:shd w:val="clear" w:color="auto" w:fill="0064A6"/>
            <w:vAlign w:val="center"/>
          </w:tcPr>
          <w:p w14:paraId="5D8B5230" w14:textId="77777777" w:rsidR="00F341A6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LOCALES / COMUNIDAD</w:t>
            </w:r>
          </w:p>
        </w:tc>
        <w:tc>
          <w:tcPr>
            <w:tcW w:w="2131" w:type="dxa"/>
            <w:shd w:val="clear" w:color="auto" w:fill="0064A6"/>
            <w:vAlign w:val="center"/>
          </w:tcPr>
          <w:p w14:paraId="44DCD580" w14:textId="77777777" w:rsidR="00F341A6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VISITANTES / TURISTAS</w:t>
            </w:r>
          </w:p>
        </w:tc>
        <w:tc>
          <w:tcPr>
            <w:tcW w:w="2131" w:type="dxa"/>
            <w:shd w:val="clear" w:color="auto" w:fill="0064A6"/>
            <w:vAlign w:val="center"/>
          </w:tcPr>
          <w:p w14:paraId="66F77613" w14:textId="77777777" w:rsidR="00F341A6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NIÑOS, NIÑAS Y JÓVENES</w:t>
            </w:r>
          </w:p>
        </w:tc>
        <w:tc>
          <w:tcPr>
            <w:tcW w:w="2131" w:type="dxa"/>
            <w:shd w:val="clear" w:color="auto" w:fill="0064A6"/>
            <w:vAlign w:val="center"/>
          </w:tcPr>
          <w:p w14:paraId="3E79AA4B" w14:textId="77777777" w:rsidR="00F341A6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INSTITUCIONES ALIADAS</w:t>
            </w:r>
          </w:p>
        </w:tc>
      </w:tr>
      <w:tr w:rsidR="00F341A6" w14:paraId="467505C5" w14:textId="77777777">
        <w:trPr>
          <w:jc w:val="center"/>
        </w:trPr>
        <w:tc>
          <w:tcPr>
            <w:tcW w:w="2131" w:type="dxa"/>
            <w:vAlign w:val="center"/>
          </w:tcPr>
          <w:p w14:paraId="3AB084C5" w14:textId="1B3A4FB5" w:rsidR="00F341A6" w:rsidRPr="00522CFA" w:rsidRDefault="003C64CC" w:rsidP="003C6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2131" w:type="dxa"/>
            <w:vAlign w:val="center"/>
          </w:tcPr>
          <w:p w14:paraId="20E25475" w14:textId="4178A5E8" w:rsidR="00F341A6" w:rsidRPr="00522CFA" w:rsidRDefault="003C64CC" w:rsidP="003C6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2131" w:type="dxa"/>
            <w:vAlign w:val="center"/>
          </w:tcPr>
          <w:p w14:paraId="25CECCA5" w14:textId="1FA49DB9" w:rsidR="00F341A6" w:rsidRPr="00522CFA" w:rsidRDefault="003C64CC" w:rsidP="003C6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2131" w:type="dxa"/>
            <w:vAlign w:val="center"/>
          </w:tcPr>
          <w:p w14:paraId="098D9C01" w14:textId="375C3C2B" w:rsidR="00F341A6" w:rsidRPr="00522CFA" w:rsidRDefault="003C64CC" w:rsidP="003C6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131" w:type="dxa"/>
            <w:vAlign w:val="center"/>
          </w:tcPr>
          <w:p w14:paraId="18A67F79" w14:textId="7F25BF6C" w:rsidR="003C64CC" w:rsidRPr="00522CFA" w:rsidRDefault="003C64CC" w:rsidP="003C6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</w:tbl>
    <w:p w14:paraId="35DC2F91" w14:textId="662D86BF" w:rsidR="00F341A6" w:rsidRDefault="00F341A6">
      <w:pPr>
        <w:spacing w:after="60"/>
        <w:jc w:val="center"/>
      </w:pPr>
    </w:p>
    <w:p w14:paraId="5FA3FD1C" w14:textId="34F08A9D" w:rsidR="00F341A6" w:rsidRDefault="00000000">
      <w:pPr>
        <w:pBdr>
          <w:bottom w:val="single" w:sz="8" w:space="0" w:color="5CA9DF"/>
        </w:pBdr>
        <w:spacing w:before="120" w:after="60"/>
      </w:pPr>
      <w:r>
        <w:rPr>
          <w:rFonts w:ascii="Arial" w:hAnsi="Arial"/>
          <w:b/>
          <w:color w:val="004C84"/>
          <w:sz w:val="20"/>
        </w:rPr>
        <w:t>4. EVIDENCIA FOTOGRÁFICA ADICIONAL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48"/>
        <w:gridCol w:w="3549"/>
        <w:gridCol w:w="3549"/>
      </w:tblGrid>
      <w:tr w:rsidR="00F341A6" w14:paraId="2E96B780" w14:textId="77777777" w:rsidTr="00E20B25">
        <w:trPr>
          <w:jc w:val="center"/>
        </w:trPr>
        <w:tc>
          <w:tcPr>
            <w:tcW w:w="3548" w:type="dxa"/>
            <w:shd w:val="clear" w:color="auto" w:fill="EAF3F9"/>
            <w:vAlign w:val="center"/>
          </w:tcPr>
          <w:p w14:paraId="31321694" w14:textId="77777777" w:rsidR="00F341A6" w:rsidRDefault="00000000">
            <w:pPr>
              <w:jc w:val="center"/>
            </w:pP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  <w:t>[INSERTAR FOTOGRAFÍA AQUÍ]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3549" w:type="dxa"/>
            <w:shd w:val="clear" w:color="auto" w:fill="EAF3F9"/>
            <w:vAlign w:val="center"/>
          </w:tcPr>
          <w:p w14:paraId="69990BD2" w14:textId="77777777" w:rsidR="00F341A6" w:rsidRDefault="00000000">
            <w:pPr>
              <w:jc w:val="center"/>
            </w:pP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  <w:t>[INSERTAR FOTOGRAFÍA AQUÍ]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3549" w:type="dxa"/>
            <w:shd w:val="clear" w:color="auto" w:fill="EAF3F9"/>
            <w:vAlign w:val="center"/>
          </w:tcPr>
          <w:p w14:paraId="2F67723F" w14:textId="77777777" w:rsidR="00F341A6" w:rsidRDefault="00000000">
            <w:pPr>
              <w:jc w:val="center"/>
            </w:pP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  <w:t>[INSERTAR FOTOGRAFÍA AQUÍ]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</w:r>
          </w:p>
        </w:tc>
      </w:tr>
      <w:tr w:rsidR="00F341A6" w14:paraId="2593D134" w14:textId="77777777" w:rsidTr="00E20B25">
        <w:trPr>
          <w:jc w:val="center"/>
        </w:trPr>
        <w:tc>
          <w:tcPr>
            <w:tcW w:w="3548" w:type="dxa"/>
            <w:vAlign w:val="center"/>
          </w:tcPr>
          <w:p w14:paraId="670A7074" w14:textId="77777777" w:rsidR="00F341A6" w:rsidRDefault="00000000">
            <w:r>
              <w:rPr>
                <w:rFonts w:ascii="Arial" w:hAnsi="Arial"/>
                <w:sz w:val="14"/>
              </w:rPr>
              <w:t>Breve descripción: __________________</w:t>
            </w:r>
          </w:p>
        </w:tc>
        <w:tc>
          <w:tcPr>
            <w:tcW w:w="3549" w:type="dxa"/>
            <w:vAlign w:val="center"/>
          </w:tcPr>
          <w:p w14:paraId="168912DF" w14:textId="77777777" w:rsidR="00F341A6" w:rsidRDefault="00000000">
            <w:r>
              <w:rPr>
                <w:rFonts w:ascii="Arial" w:hAnsi="Arial"/>
                <w:sz w:val="14"/>
              </w:rPr>
              <w:t>Breve descripción: __________________</w:t>
            </w:r>
          </w:p>
        </w:tc>
        <w:tc>
          <w:tcPr>
            <w:tcW w:w="3549" w:type="dxa"/>
            <w:vAlign w:val="center"/>
          </w:tcPr>
          <w:p w14:paraId="23A5AABD" w14:textId="77777777" w:rsidR="00F341A6" w:rsidRDefault="00000000">
            <w:r>
              <w:rPr>
                <w:rFonts w:ascii="Arial" w:hAnsi="Arial"/>
                <w:sz w:val="14"/>
              </w:rPr>
              <w:t>Breve descripción: __________________</w:t>
            </w:r>
          </w:p>
        </w:tc>
      </w:tr>
    </w:tbl>
    <w:p w14:paraId="00B32BAC" w14:textId="205FF41D" w:rsidR="00E20B25" w:rsidRDefault="00E20B25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4CD2CE1F" w14:textId="77777777" w:rsidR="008C01FB" w:rsidRDefault="008C01FB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2CD46FA8" w14:textId="77777777" w:rsidR="008C01FB" w:rsidRDefault="008C01FB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73FA3034" w14:textId="77777777" w:rsidR="008C01FB" w:rsidRDefault="008C01FB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18DA04EC" w14:textId="77777777" w:rsidR="008C01FB" w:rsidRDefault="008C01FB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61EC30E6" w14:textId="77777777" w:rsidR="008C01FB" w:rsidRDefault="008C01FB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2A0567AF" w14:textId="3D1CC67D" w:rsidR="00E20B25" w:rsidRDefault="00000000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  <w:r>
        <w:rPr>
          <w:rFonts w:ascii="Arial" w:hAnsi="Arial"/>
          <w:b/>
          <w:color w:val="004C84"/>
          <w:sz w:val="20"/>
        </w:rPr>
        <w:t>5. DIFUSIÓN Y PROMOCIÓN</w:t>
      </w:r>
    </w:p>
    <w:p w14:paraId="1918FDCE" w14:textId="590A39E1" w:rsidR="00E20B25" w:rsidRDefault="008C01FB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2ECDB8E" wp14:editId="2938FF4F">
            <wp:simplePos x="0" y="0"/>
            <wp:positionH relativeFrom="margin">
              <wp:align>left</wp:align>
            </wp:positionH>
            <wp:positionV relativeFrom="paragraph">
              <wp:posOffset>-1905</wp:posOffset>
            </wp:positionV>
            <wp:extent cx="2857500" cy="2857500"/>
            <wp:effectExtent l="0" t="0" r="0" b="0"/>
            <wp:wrapNone/>
            <wp:docPr id="1675172002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FABDFE" w14:textId="77777777" w:rsidR="00E20B25" w:rsidRDefault="00E20B25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64DE83C1" w14:textId="77777777" w:rsidR="00E20B25" w:rsidRDefault="00E20B25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67B95841" w14:textId="77777777" w:rsidR="00E20B25" w:rsidRDefault="00E20B25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3BB9A11F" w14:textId="77777777" w:rsidR="00E20B25" w:rsidRDefault="00E20B25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1A6371CA" w14:textId="77777777" w:rsidR="00E20B25" w:rsidRDefault="00E20B25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4F847347" w14:textId="77777777" w:rsidR="00E20B25" w:rsidRDefault="00E20B25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760F3647" w14:textId="77777777" w:rsidR="00E20B25" w:rsidRDefault="00E20B25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28FC05B7" w14:textId="77777777" w:rsidR="00E20B25" w:rsidRDefault="00E20B25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6BD4D4C7" w14:textId="77777777" w:rsidR="00E20B25" w:rsidRDefault="00E20B25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491FD2FD" w14:textId="77777777" w:rsidR="00E20B25" w:rsidRDefault="00E20B25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1A6FFD7D" w14:textId="77777777" w:rsidR="00E20B25" w:rsidRDefault="00E20B25">
      <w:pPr>
        <w:pBdr>
          <w:bottom w:val="single" w:sz="8" w:space="0" w:color="5CA9DF"/>
        </w:pBdr>
        <w:spacing w:before="120" w:after="60"/>
      </w:pPr>
    </w:p>
    <w:p w14:paraId="59129C59" w14:textId="77777777" w:rsidR="00F341A6" w:rsidRDefault="00000000">
      <w:pPr>
        <w:pBdr>
          <w:bottom w:val="single" w:sz="8" w:space="0" w:color="5CA9DF"/>
        </w:pBdr>
        <w:spacing w:before="120" w:after="60"/>
      </w:pPr>
      <w:r>
        <w:rPr>
          <w:rFonts w:ascii="Arial" w:hAnsi="Arial"/>
          <w:b/>
          <w:color w:val="004C84"/>
          <w:sz w:val="20"/>
        </w:rPr>
        <w:t>6. CONCLUSIONES Y PRÓXIMOS PASOS</w:t>
      </w:r>
    </w:p>
    <w:p w14:paraId="68213A84" w14:textId="77777777" w:rsidR="008C01FB" w:rsidRDefault="008C01FB">
      <w:pPr>
        <w:spacing w:after="40"/>
        <w:rPr>
          <w:rFonts w:ascii="Arial" w:hAnsi="Arial"/>
          <w:color w:val="5F6E78"/>
          <w:sz w:val="20"/>
          <w:szCs w:val="20"/>
          <w:u w:val="single"/>
        </w:rPr>
      </w:pPr>
      <w:r w:rsidRPr="008C01FB">
        <w:rPr>
          <w:rFonts w:ascii="Arial" w:hAnsi="Arial"/>
          <w:color w:val="5F6E78"/>
          <w:sz w:val="20"/>
          <w:szCs w:val="20"/>
          <w:u w:val="single"/>
        </w:rPr>
        <w:t xml:space="preserve">Se </w:t>
      </w:r>
      <w:proofErr w:type="spellStart"/>
      <w:r w:rsidRPr="008C01FB">
        <w:rPr>
          <w:rFonts w:ascii="Arial" w:hAnsi="Arial"/>
          <w:color w:val="5F6E78"/>
          <w:sz w:val="20"/>
          <w:szCs w:val="20"/>
          <w:u w:val="single"/>
        </w:rPr>
        <w:t>llevó</w:t>
      </w:r>
      <w:proofErr w:type="spellEnd"/>
      <w:r w:rsidRPr="008C01FB">
        <w:rPr>
          <w:rFonts w:ascii="Arial" w:hAnsi="Arial"/>
          <w:color w:val="5F6E78"/>
          <w:sz w:val="20"/>
          <w:szCs w:val="20"/>
          <w:u w:val="single"/>
        </w:rPr>
        <w:t xml:space="preserve"> a </w:t>
      </w:r>
      <w:proofErr w:type="spellStart"/>
      <w:r w:rsidRPr="008C01FB">
        <w:rPr>
          <w:rFonts w:ascii="Arial" w:hAnsi="Arial"/>
          <w:color w:val="5F6E78"/>
          <w:sz w:val="20"/>
          <w:szCs w:val="20"/>
          <w:u w:val="single"/>
        </w:rPr>
        <w:t>cabo</w:t>
      </w:r>
      <w:proofErr w:type="spellEnd"/>
      <w:r w:rsidRPr="008C01FB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Pr="008C01FB">
        <w:rPr>
          <w:rFonts w:ascii="Arial" w:hAnsi="Arial"/>
          <w:color w:val="5F6E78"/>
          <w:sz w:val="20"/>
          <w:szCs w:val="20"/>
          <w:u w:val="single"/>
        </w:rPr>
        <w:t>una</w:t>
      </w:r>
      <w:proofErr w:type="spellEnd"/>
      <w:r w:rsidRPr="008C01FB">
        <w:rPr>
          <w:rFonts w:ascii="Arial" w:hAnsi="Arial"/>
          <w:color w:val="5F6E78"/>
          <w:sz w:val="20"/>
          <w:szCs w:val="20"/>
          <w:u w:val="single"/>
        </w:rPr>
        <w:t xml:space="preserve"> jornada de </w:t>
      </w:r>
      <w:proofErr w:type="spellStart"/>
      <w:r w:rsidRPr="008C01FB">
        <w:rPr>
          <w:rFonts w:ascii="Arial" w:hAnsi="Arial"/>
          <w:color w:val="5F6E78"/>
          <w:sz w:val="20"/>
          <w:szCs w:val="20"/>
          <w:u w:val="single"/>
        </w:rPr>
        <w:t>limpieza</w:t>
      </w:r>
      <w:proofErr w:type="spellEnd"/>
      <w:r w:rsidRPr="008C01FB">
        <w:rPr>
          <w:rFonts w:ascii="Arial" w:hAnsi="Arial"/>
          <w:color w:val="5F6E78"/>
          <w:sz w:val="20"/>
          <w:szCs w:val="20"/>
          <w:u w:val="single"/>
        </w:rPr>
        <w:t xml:space="preserve"> de playa </w:t>
      </w:r>
      <w:proofErr w:type="spellStart"/>
      <w:r w:rsidRPr="008C01FB">
        <w:rPr>
          <w:rFonts w:ascii="Arial" w:hAnsi="Arial"/>
          <w:color w:val="5F6E78"/>
          <w:sz w:val="20"/>
          <w:szCs w:val="20"/>
          <w:u w:val="single"/>
        </w:rPr>
        <w:t>en</w:t>
      </w:r>
      <w:proofErr w:type="spellEnd"/>
      <w:r w:rsidRPr="008C01FB">
        <w:rPr>
          <w:rFonts w:ascii="Arial" w:hAnsi="Arial"/>
          <w:color w:val="5F6E78"/>
          <w:sz w:val="20"/>
          <w:szCs w:val="20"/>
          <w:u w:val="single"/>
        </w:rPr>
        <w:t xml:space="preserve"> la </w:t>
      </w:r>
      <w:proofErr w:type="spellStart"/>
      <w:r w:rsidRPr="008C01FB">
        <w:rPr>
          <w:rFonts w:ascii="Arial" w:hAnsi="Arial"/>
          <w:color w:val="5F6E78"/>
          <w:sz w:val="20"/>
          <w:szCs w:val="20"/>
          <w:u w:val="single"/>
        </w:rPr>
        <w:t>que</w:t>
      </w:r>
      <w:proofErr w:type="spellEnd"/>
      <w:r w:rsidRPr="008C01FB">
        <w:rPr>
          <w:rFonts w:ascii="Arial" w:hAnsi="Arial"/>
          <w:color w:val="5F6E78"/>
          <w:sz w:val="20"/>
          <w:szCs w:val="20"/>
          <w:u w:val="single"/>
        </w:rPr>
        <w:t xml:space="preserve"> un </w:t>
      </w:r>
      <w:proofErr w:type="spellStart"/>
      <w:r w:rsidRPr="008C01FB">
        <w:rPr>
          <w:rFonts w:ascii="Arial" w:hAnsi="Arial"/>
          <w:color w:val="5F6E78"/>
          <w:sz w:val="20"/>
          <w:szCs w:val="20"/>
          <w:u w:val="single"/>
        </w:rPr>
        <w:t>grupo</w:t>
      </w:r>
      <w:proofErr w:type="spellEnd"/>
      <w:r w:rsidRPr="008C01FB">
        <w:rPr>
          <w:rFonts w:ascii="Arial" w:hAnsi="Arial"/>
          <w:color w:val="5F6E78"/>
          <w:sz w:val="20"/>
          <w:szCs w:val="20"/>
          <w:u w:val="single"/>
        </w:rPr>
        <w:t xml:space="preserve"> de </w:t>
      </w:r>
      <w:proofErr w:type="spellStart"/>
      <w:r w:rsidRPr="008C01FB">
        <w:rPr>
          <w:rFonts w:ascii="Arial" w:hAnsi="Arial"/>
          <w:color w:val="5F6E78"/>
          <w:sz w:val="20"/>
          <w:szCs w:val="20"/>
          <w:u w:val="single"/>
        </w:rPr>
        <w:t>voluntarios</w:t>
      </w:r>
      <w:proofErr w:type="spellEnd"/>
      <w:r w:rsidRPr="008C01FB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Pr="008C01FB">
        <w:rPr>
          <w:rFonts w:ascii="Arial" w:hAnsi="Arial"/>
          <w:color w:val="5F6E78"/>
          <w:sz w:val="20"/>
          <w:szCs w:val="20"/>
          <w:u w:val="single"/>
        </w:rPr>
        <w:t>recolectó</w:t>
      </w:r>
      <w:proofErr w:type="spellEnd"/>
      <w:r w:rsidRPr="008C01FB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Pr="008C01FB">
        <w:rPr>
          <w:rFonts w:ascii="Arial" w:hAnsi="Arial"/>
          <w:color w:val="5F6E78"/>
          <w:sz w:val="20"/>
          <w:szCs w:val="20"/>
          <w:u w:val="single"/>
        </w:rPr>
        <w:t>exitosamente</w:t>
      </w:r>
      <w:proofErr w:type="spellEnd"/>
      <w:r w:rsidRPr="008C01FB">
        <w:rPr>
          <w:rFonts w:ascii="Arial" w:hAnsi="Arial"/>
          <w:color w:val="5F6E78"/>
          <w:sz w:val="20"/>
          <w:szCs w:val="20"/>
          <w:u w:val="single"/>
        </w:rPr>
        <w:t xml:space="preserve"> 118 </w:t>
      </w:r>
      <w:proofErr w:type="spellStart"/>
      <w:r w:rsidRPr="008C01FB">
        <w:rPr>
          <w:rFonts w:ascii="Arial" w:hAnsi="Arial"/>
          <w:color w:val="5F6E78"/>
          <w:sz w:val="20"/>
          <w:szCs w:val="20"/>
          <w:u w:val="single"/>
        </w:rPr>
        <w:t>kilogramos</w:t>
      </w:r>
      <w:proofErr w:type="spellEnd"/>
      <w:r w:rsidRPr="008C01FB">
        <w:rPr>
          <w:rFonts w:ascii="Arial" w:hAnsi="Arial"/>
          <w:color w:val="5F6E78"/>
          <w:sz w:val="20"/>
          <w:szCs w:val="20"/>
          <w:u w:val="single"/>
        </w:rPr>
        <w:t xml:space="preserve"> de </w:t>
      </w:r>
      <w:proofErr w:type="spellStart"/>
      <w:r w:rsidRPr="008C01FB">
        <w:rPr>
          <w:rFonts w:ascii="Arial" w:hAnsi="Arial"/>
          <w:color w:val="5F6E78"/>
          <w:sz w:val="20"/>
          <w:szCs w:val="20"/>
          <w:u w:val="single"/>
        </w:rPr>
        <w:t>residuos</w:t>
      </w:r>
      <w:proofErr w:type="spellEnd"/>
      <w:r w:rsidRPr="008C01FB">
        <w:rPr>
          <w:rFonts w:ascii="Arial" w:hAnsi="Arial"/>
          <w:color w:val="5F6E78"/>
          <w:sz w:val="20"/>
          <w:szCs w:val="20"/>
          <w:u w:val="single"/>
        </w:rPr>
        <w:t xml:space="preserve">. </w:t>
      </w:r>
    </w:p>
    <w:p w14:paraId="2E4E7D81" w14:textId="77777777" w:rsidR="008C01FB" w:rsidRDefault="008C01FB">
      <w:pPr>
        <w:spacing w:after="40"/>
        <w:rPr>
          <w:rFonts w:ascii="Arial" w:hAnsi="Arial"/>
          <w:color w:val="5F6E78"/>
          <w:sz w:val="20"/>
          <w:szCs w:val="20"/>
          <w:u w:val="single"/>
        </w:rPr>
      </w:pPr>
    </w:p>
    <w:p w14:paraId="6240E877" w14:textId="68647265" w:rsidR="008C01FB" w:rsidRPr="008C01FB" w:rsidRDefault="008C01FB" w:rsidP="008C01FB">
      <w:pPr>
        <w:pStyle w:val="Prrafodelista"/>
        <w:numPr>
          <w:ilvl w:val="0"/>
          <w:numId w:val="10"/>
        </w:numPr>
        <w:spacing w:after="40"/>
        <w:rPr>
          <w:rFonts w:ascii="Arial" w:hAnsi="Arial"/>
          <w:color w:val="5F6E78"/>
          <w:sz w:val="20"/>
          <w:szCs w:val="20"/>
        </w:rPr>
      </w:pPr>
      <w:r w:rsidRPr="008C01FB">
        <w:rPr>
          <w:rFonts w:ascii="Arial" w:hAnsi="Arial"/>
          <w:color w:val="5F6E78"/>
          <w:sz w:val="20"/>
          <w:szCs w:val="20"/>
        </w:rPr>
        <w:t xml:space="preserve">15.5 Kilos de </w:t>
      </w:r>
      <w:proofErr w:type="spellStart"/>
      <w:r w:rsidRPr="008C01FB">
        <w:rPr>
          <w:rFonts w:ascii="Arial" w:hAnsi="Arial"/>
          <w:color w:val="5F6E78"/>
          <w:sz w:val="20"/>
          <w:szCs w:val="20"/>
        </w:rPr>
        <w:t>vidrio</w:t>
      </w:r>
      <w:proofErr w:type="spellEnd"/>
    </w:p>
    <w:p w14:paraId="4EAEBC89" w14:textId="7FFC8B09" w:rsidR="008C01FB" w:rsidRPr="008C01FB" w:rsidRDefault="008C01FB" w:rsidP="008C01FB">
      <w:pPr>
        <w:pStyle w:val="Prrafodelista"/>
        <w:numPr>
          <w:ilvl w:val="0"/>
          <w:numId w:val="10"/>
        </w:numPr>
        <w:spacing w:after="40"/>
        <w:rPr>
          <w:rFonts w:ascii="Arial" w:hAnsi="Arial"/>
          <w:color w:val="5F6E78"/>
          <w:sz w:val="20"/>
          <w:szCs w:val="20"/>
        </w:rPr>
      </w:pPr>
      <w:r w:rsidRPr="008C01FB">
        <w:rPr>
          <w:rFonts w:ascii="Arial" w:hAnsi="Arial"/>
          <w:color w:val="5F6E78"/>
          <w:sz w:val="20"/>
          <w:szCs w:val="20"/>
        </w:rPr>
        <w:t>8.1 kilos de pet</w:t>
      </w:r>
    </w:p>
    <w:p w14:paraId="373F5703" w14:textId="2D499055" w:rsidR="008C01FB" w:rsidRPr="008C01FB" w:rsidRDefault="008C01FB" w:rsidP="008C01FB">
      <w:pPr>
        <w:pStyle w:val="Prrafodelista"/>
        <w:numPr>
          <w:ilvl w:val="0"/>
          <w:numId w:val="10"/>
        </w:numPr>
        <w:spacing w:after="40"/>
        <w:rPr>
          <w:rFonts w:ascii="Arial" w:hAnsi="Arial"/>
          <w:color w:val="5F6E78"/>
          <w:sz w:val="20"/>
          <w:szCs w:val="20"/>
        </w:rPr>
      </w:pPr>
      <w:r w:rsidRPr="008C01FB">
        <w:rPr>
          <w:rFonts w:ascii="Arial" w:hAnsi="Arial"/>
          <w:color w:val="5F6E78"/>
          <w:sz w:val="20"/>
          <w:szCs w:val="20"/>
        </w:rPr>
        <w:t xml:space="preserve">600 </w:t>
      </w:r>
      <w:proofErr w:type="spellStart"/>
      <w:r w:rsidRPr="008C01FB">
        <w:rPr>
          <w:rFonts w:ascii="Arial" w:hAnsi="Arial"/>
          <w:color w:val="5F6E78"/>
          <w:sz w:val="20"/>
          <w:szCs w:val="20"/>
        </w:rPr>
        <w:t>gramos</w:t>
      </w:r>
      <w:proofErr w:type="spellEnd"/>
      <w:r w:rsidRPr="008C01FB">
        <w:rPr>
          <w:rFonts w:ascii="Arial" w:hAnsi="Arial"/>
          <w:color w:val="5F6E78"/>
          <w:sz w:val="20"/>
          <w:szCs w:val="20"/>
        </w:rPr>
        <w:t xml:space="preserve"> de </w:t>
      </w:r>
      <w:proofErr w:type="spellStart"/>
      <w:r w:rsidRPr="008C01FB">
        <w:rPr>
          <w:rFonts w:ascii="Arial" w:hAnsi="Arial"/>
          <w:color w:val="5F6E78"/>
          <w:sz w:val="20"/>
          <w:szCs w:val="20"/>
        </w:rPr>
        <w:t>aluminio</w:t>
      </w:r>
      <w:proofErr w:type="spellEnd"/>
    </w:p>
    <w:p w14:paraId="0E5C8BEC" w14:textId="42AD0117" w:rsidR="008C01FB" w:rsidRPr="008C01FB" w:rsidRDefault="008C01FB" w:rsidP="008C01FB">
      <w:pPr>
        <w:pStyle w:val="Prrafodelista"/>
        <w:numPr>
          <w:ilvl w:val="0"/>
          <w:numId w:val="10"/>
        </w:numPr>
        <w:spacing w:after="40"/>
        <w:rPr>
          <w:rFonts w:ascii="Arial" w:hAnsi="Arial"/>
          <w:color w:val="5F6E78"/>
          <w:sz w:val="20"/>
          <w:szCs w:val="20"/>
        </w:rPr>
      </w:pPr>
      <w:r w:rsidRPr="008C01FB">
        <w:rPr>
          <w:rFonts w:ascii="Arial" w:hAnsi="Arial"/>
          <w:color w:val="5F6E78"/>
          <w:sz w:val="20"/>
          <w:szCs w:val="20"/>
        </w:rPr>
        <w:t xml:space="preserve">6.9 kilos de </w:t>
      </w:r>
      <w:proofErr w:type="spellStart"/>
      <w:r w:rsidRPr="008C01FB">
        <w:rPr>
          <w:rFonts w:ascii="Arial" w:hAnsi="Arial"/>
          <w:color w:val="5F6E78"/>
          <w:sz w:val="20"/>
          <w:szCs w:val="20"/>
        </w:rPr>
        <w:t>otros</w:t>
      </w:r>
      <w:proofErr w:type="spellEnd"/>
      <w:r w:rsidRPr="008C01FB">
        <w:rPr>
          <w:rFonts w:ascii="Arial" w:hAnsi="Arial"/>
          <w:color w:val="5F6E78"/>
          <w:sz w:val="20"/>
          <w:szCs w:val="20"/>
        </w:rPr>
        <w:t xml:space="preserve"> </w:t>
      </w:r>
      <w:proofErr w:type="spellStart"/>
      <w:r w:rsidRPr="008C01FB">
        <w:rPr>
          <w:rFonts w:ascii="Arial" w:hAnsi="Arial"/>
          <w:color w:val="5F6E78"/>
          <w:sz w:val="20"/>
          <w:szCs w:val="20"/>
        </w:rPr>
        <w:t>materiales</w:t>
      </w:r>
      <w:proofErr w:type="spellEnd"/>
    </w:p>
    <w:p w14:paraId="2BE96B36" w14:textId="77777777" w:rsidR="008C01FB" w:rsidRDefault="008C01FB">
      <w:pPr>
        <w:spacing w:after="40"/>
        <w:rPr>
          <w:rFonts w:ascii="Arial" w:hAnsi="Arial"/>
          <w:color w:val="5F6E78"/>
          <w:sz w:val="20"/>
          <w:szCs w:val="20"/>
          <w:u w:val="single"/>
        </w:rPr>
      </w:pPr>
    </w:p>
    <w:p w14:paraId="276AF51C" w14:textId="5DCED151" w:rsidR="00E20B25" w:rsidRPr="008C01FB" w:rsidRDefault="008C01FB">
      <w:pPr>
        <w:spacing w:after="40"/>
        <w:rPr>
          <w:rFonts w:ascii="Arial" w:hAnsi="Arial"/>
          <w:color w:val="5F6E78"/>
          <w:sz w:val="20"/>
          <w:szCs w:val="20"/>
          <w:u w:val="single"/>
          <w:lang w:val="es-MX"/>
        </w:rPr>
      </w:pPr>
      <w:r w:rsidRPr="008C01FB">
        <w:rPr>
          <w:rFonts w:ascii="Arial" w:hAnsi="Arial"/>
          <w:color w:val="5F6E78"/>
          <w:sz w:val="20"/>
          <w:szCs w:val="20"/>
          <w:u w:val="single"/>
        </w:rPr>
        <w:t xml:space="preserve">Esta </w:t>
      </w:r>
      <w:proofErr w:type="spellStart"/>
      <w:r w:rsidRPr="008C01FB">
        <w:rPr>
          <w:rFonts w:ascii="Arial" w:hAnsi="Arial"/>
          <w:color w:val="5F6E78"/>
          <w:sz w:val="20"/>
          <w:szCs w:val="20"/>
          <w:u w:val="single"/>
        </w:rPr>
        <w:t>actividad</w:t>
      </w:r>
      <w:proofErr w:type="spellEnd"/>
      <w:r w:rsidRPr="008C01FB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Pr="008C01FB">
        <w:rPr>
          <w:rFonts w:ascii="Arial" w:hAnsi="Arial"/>
          <w:color w:val="5F6E78"/>
          <w:sz w:val="20"/>
          <w:szCs w:val="20"/>
          <w:u w:val="single"/>
        </w:rPr>
        <w:t>resultó</w:t>
      </w:r>
      <w:proofErr w:type="spellEnd"/>
      <w:r w:rsidRPr="008C01FB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Pr="008C01FB">
        <w:rPr>
          <w:rFonts w:ascii="Arial" w:hAnsi="Arial"/>
          <w:color w:val="5F6E78"/>
          <w:sz w:val="20"/>
          <w:szCs w:val="20"/>
          <w:u w:val="single"/>
        </w:rPr>
        <w:t>sumamente</w:t>
      </w:r>
      <w:proofErr w:type="spellEnd"/>
      <w:r w:rsidRPr="008C01FB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Pr="008C01FB">
        <w:rPr>
          <w:rFonts w:ascii="Arial" w:hAnsi="Arial"/>
          <w:color w:val="5F6E78"/>
          <w:sz w:val="20"/>
          <w:szCs w:val="20"/>
          <w:u w:val="single"/>
        </w:rPr>
        <w:t>productiva</w:t>
      </w:r>
      <w:proofErr w:type="spellEnd"/>
      <w:r w:rsidRPr="008C01FB">
        <w:rPr>
          <w:rFonts w:ascii="Arial" w:hAnsi="Arial"/>
          <w:color w:val="5F6E78"/>
          <w:sz w:val="20"/>
          <w:szCs w:val="20"/>
          <w:u w:val="single"/>
        </w:rPr>
        <w:t xml:space="preserve">, </w:t>
      </w:r>
      <w:proofErr w:type="spellStart"/>
      <w:r w:rsidRPr="008C01FB">
        <w:rPr>
          <w:rFonts w:ascii="Arial" w:hAnsi="Arial"/>
          <w:color w:val="5F6E78"/>
          <w:sz w:val="20"/>
          <w:szCs w:val="20"/>
          <w:u w:val="single"/>
        </w:rPr>
        <w:t>ya</w:t>
      </w:r>
      <w:proofErr w:type="spellEnd"/>
      <w:r w:rsidRPr="008C01FB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Pr="008C01FB">
        <w:rPr>
          <w:rFonts w:ascii="Arial" w:hAnsi="Arial"/>
          <w:color w:val="5F6E78"/>
          <w:sz w:val="20"/>
          <w:szCs w:val="20"/>
          <w:u w:val="single"/>
        </w:rPr>
        <w:t>que</w:t>
      </w:r>
      <w:proofErr w:type="spellEnd"/>
      <w:r w:rsidRPr="008C01FB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Pr="008C01FB">
        <w:rPr>
          <w:rFonts w:ascii="Arial" w:hAnsi="Arial"/>
          <w:color w:val="5F6E78"/>
          <w:sz w:val="20"/>
          <w:szCs w:val="20"/>
          <w:u w:val="single"/>
        </w:rPr>
        <w:t>permitió</w:t>
      </w:r>
      <w:proofErr w:type="spellEnd"/>
      <w:r w:rsidRPr="008C01FB">
        <w:rPr>
          <w:rFonts w:ascii="Arial" w:hAnsi="Arial"/>
          <w:color w:val="5F6E78"/>
          <w:sz w:val="20"/>
          <w:szCs w:val="20"/>
          <w:u w:val="single"/>
        </w:rPr>
        <w:t xml:space="preserve"> a los </w:t>
      </w:r>
      <w:proofErr w:type="spellStart"/>
      <w:r w:rsidRPr="008C01FB">
        <w:rPr>
          <w:rFonts w:ascii="Arial" w:hAnsi="Arial"/>
          <w:color w:val="5F6E78"/>
          <w:sz w:val="20"/>
          <w:szCs w:val="20"/>
          <w:u w:val="single"/>
        </w:rPr>
        <w:t>participantes</w:t>
      </w:r>
      <w:proofErr w:type="spellEnd"/>
      <w:r w:rsidRPr="008C01FB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Pr="008C01FB">
        <w:rPr>
          <w:rFonts w:ascii="Arial" w:hAnsi="Arial"/>
          <w:color w:val="5F6E78"/>
          <w:sz w:val="20"/>
          <w:szCs w:val="20"/>
          <w:u w:val="single"/>
        </w:rPr>
        <w:t>constatar</w:t>
      </w:r>
      <w:proofErr w:type="spellEnd"/>
      <w:r w:rsidRPr="008C01FB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Pr="008C01FB">
        <w:rPr>
          <w:rFonts w:ascii="Arial" w:hAnsi="Arial"/>
          <w:color w:val="5F6E78"/>
          <w:sz w:val="20"/>
          <w:szCs w:val="20"/>
          <w:u w:val="single"/>
        </w:rPr>
        <w:t>directamente</w:t>
      </w:r>
      <w:proofErr w:type="spellEnd"/>
      <w:r w:rsidRPr="008C01FB">
        <w:rPr>
          <w:rFonts w:ascii="Arial" w:hAnsi="Arial"/>
          <w:color w:val="5F6E78"/>
          <w:sz w:val="20"/>
          <w:szCs w:val="20"/>
          <w:u w:val="single"/>
        </w:rPr>
        <w:t xml:space="preserve"> el </w:t>
      </w:r>
      <w:proofErr w:type="spellStart"/>
      <w:r w:rsidRPr="008C01FB">
        <w:rPr>
          <w:rFonts w:ascii="Arial" w:hAnsi="Arial"/>
          <w:color w:val="5F6E78"/>
          <w:sz w:val="20"/>
          <w:szCs w:val="20"/>
          <w:u w:val="single"/>
        </w:rPr>
        <w:t>impacto</w:t>
      </w:r>
      <w:proofErr w:type="spellEnd"/>
      <w:r w:rsidRPr="008C01FB">
        <w:rPr>
          <w:rFonts w:ascii="Arial" w:hAnsi="Arial"/>
          <w:color w:val="5F6E78"/>
          <w:sz w:val="20"/>
          <w:szCs w:val="20"/>
          <w:u w:val="single"/>
        </w:rPr>
        <w:t xml:space="preserve"> de la </w:t>
      </w:r>
      <w:proofErr w:type="spellStart"/>
      <w:r w:rsidRPr="008C01FB">
        <w:rPr>
          <w:rFonts w:ascii="Arial" w:hAnsi="Arial"/>
          <w:color w:val="5F6E78"/>
          <w:sz w:val="20"/>
          <w:szCs w:val="20"/>
          <w:u w:val="single"/>
        </w:rPr>
        <w:t>contaminación</w:t>
      </w:r>
      <w:proofErr w:type="spellEnd"/>
      <w:r w:rsidRPr="008C01FB">
        <w:rPr>
          <w:rFonts w:ascii="Arial" w:hAnsi="Arial"/>
          <w:color w:val="5F6E78"/>
          <w:sz w:val="20"/>
          <w:szCs w:val="20"/>
          <w:u w:val="single"/>
        </w:rPr>
        <w:t xml:space="preserve"> y la </w:t>
      </w:r>
      <w:proofErr w:type="spellStart"/>
      <w:r w:rsidRPr="008C01FB">
        <w:rPr>
          <w:rFonts w:ascii="Arial" w:hAnsi="Arial"/>
          <w:color w:val="5F6E78"/>
          <w:sz w:val="20"/>
          <w:szCs w:val="20"/>
          <w:u w:val="single"/>
        </w:rPr>
        <w:t>necesidad</w:t>
      </w:r>
      <w:proofErr w:type="spellEnd"/>
      <w:r w:rsidRPr="008C01FB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Pr="008C01FB">
        <w:rPr>
          <w:rFonts w:ascii="Arial" w:hAnsi="Arial"/>
          <w:color w:val="5F6E78"/>
          <w:sz w:val="20"/>
          <w:szCs w:val="20"/>
          <w:u w:val="single"/>
        </w:rPr>
        <w:t>urgente</w:t>
      </w:r>
      <w:proofErr w:type="spellEnd"/>
      <w:r w:rsidRPr="008C01FB">
        <w:rPr>
          <w:rFonts w:ascii="Arial" w:hAnsi="Arial"/>
          <w:color w:val="5F6E78"/>
          <w:sz w:val="20"/>
          <w:szCs w:val="20"/>
          <w:u w:val="single"/>
        </w:rPr>
        <w:t xml:space="preserve"> de </w:t>
      </w:r>
      <w:proofErr w:type="spellStart"/>
      <w:r w:rsidRPr="008C01FB">
        <w:rPr>
          <w:rFonts w:ascii="Arial" w:hAnsi="Arial"/>
          <w:color w:val="5F6E78"/>
          <w:sz w:val="20"/>
          <w:szCs w:val="20"/>
          <w:u w:val="single"/>
        </w:rPr>
        <w:t>preservar</w:t>
      </w:r>
      <w:proofErr w:type="spellEnd"/>
      <w:r w:rsidRPr="008C01FB">
        <w:rPr>
          <w:rFonts w:ascii="Arial" w:hAnsi="Arial"/>
          <w:color w:val="5F6E78"/>
          <w:sz w:val="20"/>
          <w:szCs w:val="20"/>
          <w:u w:val="single"/>
        </w:rPr>
        <w:t xml:space="preserve"> los </w:t>
      </w:r>
      <w:proofErr w:type="spellStart"/>
      <w:r w:rsidRPr="008C01FB">
        <w:rPr>
          <w:rFonts w:ascii="Arial" w:hAnsi="Arial"/>
          <w:color w:val="5F6E78"/>
          <w:sz w:val="20"/>
          <w:szCs w:val="20"/>
          <w:u w:val="single"/>
        </w:rPr>
        <w:t>ecosistemas</w:t>
      </w:r>
      <w:proofErr w:type="spellEnd"/>
      <w:r w:rsidRPr="008C01FB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Pr="008C01FB">
        <w:rPr>
          <w:rFonts w:ascii="Arial" w:hAnsi="Arial"/>
          <w:color w:val="5F6E78"/>
          <w:sz w:val="20"/>
          <w:szCs w:val="20"/>
          <w:u w:val="single"/>
        </w:rPr>
        <w:t>costeros</w:t>
      </w:r>
      <w:proofErr w:type="spellEnd"/>
      <w:r w:rsidRPr="008C01FB">
        <w:rPr>
          <w:rFonts w:ascii="Arial" w:hAnsi="Arial"/>
          <w:color w:val="5F6E78"/>
          <w:sz w:val="20"/>
          <w:szCs w:val="20"/>
          <w:u w:val="single"/>
        </w:rPr>
        <w:t>.</w:t>
      </w:r>
      <w:r w:rsidRPr="008C01FB">
        <w:rPr>
          <w:rFonts w:ascii="Arial" w:hAnsi="Arial"/>
          <w:color w:val="5F6E78"/>
          <w:sz w:val="20"/>
          <w:szCs w:val="20"/>
          <w:u w:val="single"/>
        </w:rPr>
        <w:br/>
      </w:r>
    </w:p>
    <w:p w14:paraId="2966E5DB" w14:textId="77777777" w:rsidR="00E20B25" w:rsidRPr="00E20B25" w:rsidRDefault="00E20B25">
      <w:pPr>
        <w:spacing w:after="40"/>
        <w:rPr>
          <w:rFonts w:ascii="Arial" w:hAnsi="Arial"/>
          <w:color w:val="5F6E78"/>
          <w:sz w:val="16"/>
          <w:lang w:val="es-MX"/>
        </w:rPr>
      </w:pPr>
    </w:p>
    <w:p w14:paraId="66CFFD8B" w14:textId="77777777" w:rsidR="00F341A6" w:rsidRDefault="00000000">
      <w:pPr>
        <w:pBdr>
          <w:bottom w:val="single" w:sz="8" w:space="0" w:color="5CA9DF"/>
        </w:pBdr>
        <w:spacing w:before="120" w:after="60"/>
      </w:pPr>
      <w:r>
        <w:rPr>
          <w:rFonts w:ascii="Arial" w:hAnsi="Arial"/>
          <w:b/>
          <w:color w:val="004C84"/>
          <w:sz w:val="20"/>
        </w:rPr>
        <w:t>7. OBSERVACIONES</w:t>
      </w:r>
    </w:p>
    <w:p w14:paraId="543EAC17" w14:textId="10872350" w:rsidR="00F341A6" w:rsidRDefault="00000000">
      <w:pPr>
        <w:spacing w:after="40"/>
      </w:pPr>
      <w:r>
        <w:rPr>
          <w:rFonts w:ascii="Arial" w:hAnsi="Arial"/>
          <w:color w:val="5F6E78"/>
          <w:sz w:val="16"/>
        </w:rPr>
        <w:t>Anote alguna situación relevante o necesidad de seguimiento, si corresponde.</w:t>
      </w:r>
      <w:r>
        <w:rPr>
          <w:rFonts w:ascii="Arial" w:hAnsi="Arial"/>
          <w:color w:val="5F6E78"/>
          <w:sz w:val="16"/>
        </w:rPr>
        <w:br/>
        <w:t>________________________________________________________________________________________</w:t>
      </w:r>
    </w:p>
    <w:p w14:paraId="54F19317" w14:textId="43C949DF" w:rsidR="00766CC6" w:rsidRPr="00766CC6" w:rsidRDefault="00766CC6" w:rsidP="00766CC6">
      <w:pPr>
        <w:tabs>
          <w:tab w:val="left" w:pos="3768"/>
        </w:tabs>
      </w:pPr>
    </w:p>
    <w:sectPr w:rsidR="00766CC6" w:rsidRPr="00766CC6" w:rsidSect="00034616">
      <w:footerReference w:type="default" r:id="rId13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EDCE5" w14:textId="77777777" w:rsidR="00AF57E0" w:rsidRDefault="00AF57E0">
      <w:pPr>
        <w:spacing w:after="0" w:line="240" w:lineRule="auto"/>
      </w:pPr>
      <w:r>
        <w:separator/>
      </w:r>
    </w:p>
  </w:endnote>
  <w:endnote w:type="continuationSeparator" w:id="0">
    <w:p w14:paraId="7D572DBE" w14:textId="77777777" w:rsidR="00AF57E0" w:rsidRDefault="00AF5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1098D" w14:textId="00C572AC" w:rsidR="00F341A6" w:rsidRDefault="00000000">
    <w:pPr>
      <w:pStyle w:val="Piedepgina"/>
      <w:jc w:val="center"/>
    </w:pPr>
    <w:r>
      <w:rPr>
        <w:rFonts w:ascii="Arial" w:hAnsi="Arial"/>
        <w:color w:val="005A91"/>
        <w:sz w:val="14"/>
      </w:rPr>
      <w:t>BLUE FLAG · MAL</w:t>
    </w:r>
    <w:r w:rsidR="00766CC6">
      <w:rPr>
        <w:rFonts w:ascii="Arial" w:hAnsi="Arial"/>
        <w:color w:val="005A91"/>
        <w:sz w:val="14"/>
      </w:rPr>
      <w:t>EC</w:t>
    </w:r>
    <w:r>
      <w:rPr>
        <w:rFonts w:ascii="Arial" w:hAnsi="Arial"/>
        <w:color w:val="005A91"/>
        <w:sz w:val="14"/>
      </w:rPr>
      <w:t>ÓN INTERNACIONAL DE PROGRESO · TEMPORADA 2026–2027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7FB5C" w14:textId="77777777" w:rsidR="00AF57E0" w:rsidRDefault="00AF57E0">
      <w:pPr>
        <w:spacing w:after="0" w:line="240" w:lineRule="auto"/>
      </w:pPr>
      <w:r>
        <w:separator/>
      </w:r>
    </w:p>
  </w:footnote>
  <w:footnote w:type="continuationSeparator" w:id="0">
    <w:p w14:paraId="1AF8CF12" w14:textId="77777777" w:rsidR="00AF57E0" w:rsidRDefault="00AF57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0C5BA4"/>
    <w:multiLevelType w:val="hybridMultilevel"/>
    <w:tmpl w:val="C5AE2B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3235093">
    <w:abstractNumId w:val="8"/>
  </w:num>
  <w:num w:numId="2" w16cid:durableId="1879005922">
    <w:abstractNumId w:val="6"/>
  </w:num>
  <w:num w:numId="3" w16cid:durableId="1250843474">
    <w:abstractNumId w:val="5"/>
  </w:num>
  <w:num w:numId="4" w16cid:durableId="186064960">
    <w:abstractNumId w:val="4"/>
  </w:num>
  <w:num w:numId="5" w16cid:durableId="22244698">
    <w:abstractNumId w:val="7"/>
  </w:num>
  <w:num w:numId="6" w16cid:durableId="56704779">
    <w:abstractNumId w:val="3"/>
  </w:num>
  <w:num w:numId="7" w16cid:durableId="656685387">
    <w:abstractNumId w:val="2"/>
  </w:num>
  <w:num w:numId="8" w16cid:durableId="881868922">
    <w:abstractNumId w:val="1"/>
  </w:num>
  <w:num w:numId="9" w16cid:durableId="990795558">
    <w:abstractNumId w:val="0"/>
  </w:num>
  <w:num w:numId="10" w16cid:durableId="10536223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6361"/>
    <w:rsid w:val="0015074B"/>
    <w:rsid w:val="001701CF"/>
    <w:rsid w:val="0029639D"/>
    <w:rsid w:val="002A3A91"/>
    <w:rsid w:val="00303954"/>
    <w:rsid w:val="00326F90"/>
    <w:rsid w:val="003655DE"/>
    <w:rsid w:val="003C64CC"/>
    <w:rsid w:val="00420AF9"/>
    <w:rsid w:val="00431DD5"/>
    <w:rsid w:val="00522CFA"/>
    <w:rsid w:val="0054305D"/>
    <w:rsid w:val="00751E59"/>
    <w:rsid w:val="00766CC6"/>
    <w:rsid w:val="008C01FB"/>
    <w:rsid w:val="009107F7"/>
    <w:rsid w:val="009601E6"/>
    <w:rsid w:val="00AA1D8D"/>
    <w:rsid w:val="00AF57E0"/>
    <w:rsid w:val="00B47730"/>
    <w:rsid w:val="00C1350C"/>
    <w:rsid w:val="00C52395"/>
    <w:rsid w:val="00C52AA9"/>
    <w:rsid w:val="00CB0664"/>
    <w:rsid w:val="00E20B25"/>
    <w:rsid w:val="00F341A6"/>
    <w:rsid w:val="00F97BF5"/>
    <w:rsid w:val="00FC63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94851A"/>
  <w14:defaultImageDpi w14:val="300"/>
  <w15:docId w15:val="{AFF06511-DA5C-458A-8D60-C160E2BDA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307</Words>
  <Characters>1691</Characters>
  <Application>Microsoft Office Word</Application>
  <DocSecurity>0</DocSecurity>
  <Lines>14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turismo2</cp:lastModifiedBy>
  <cp:revision>10</cp:revision>
  <dcterms:created xsi:type="dcterms:W3CDTF">2026-10-09T03:07:00Z</dcterms:created>
  <dcterms:modified xsi:type="dcterms:W3CDTF">2026-10-09T16:50:00Z</dcterms:modified>
  <cp:category/>
</cp:coreProperties>
</file>