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06A24" w14:textId="1B2667E0" w:rsidR="00F341A6" w:rsidRDefault="00000000">
      <w:pPr>
        <w:spacing w:after="60"/>
        <w:jc w:val="center"/>
      </w:pPr>
      <w:r>
        <w:rPr>
          <w:noProof/>
        </w:rPr>
        <w:drawing>
          <wp:inline distT="0" distB="0" distL="0" distR="0" wp14:anchorId="035CCC18" wp14:editId="60AA28CF">
            <wp:extent cx="6583680" cy="1285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cabezado_Blue_Flag_Progres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79136" w14:textId="7D6A1309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DATOS GENERALES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5812"/>
      </w:tblGrid>
      <w:tr w:rsidR="00F341A6" w14:paraId="48CA169B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50CA9444" w14:textId="0EBE8ADF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MES:</w:t>
            </w:r>
            <w:r w:rsidR="002A3A91"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  <w:vAlign w:val="center"/>
          </w:tcPr>
          <w:p w14:paraId="06A6D1C5" w14:textId="7DAF77A6" w:rsidR="00F341A6" w:rsidRPr="002A3A91" w:rsidRDefault="00AA16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  <w:r w:rsidR="002A3A91" w:rsidRPr="002A3A91">
              <w:rPr>
                <w:rFonts w:ascii="Arial" w:hAnsi="Arial" w:cs="Arial"/>
                <w:sz w:val="20"/>
                <w:szCs w:val="20"/>
              </w:rPr>
              <w:t xml:space="preserve"> 2026</w:t>
            </w:r>
          </w:p>
        </w:tc>
      </w:tr>
      <w:tr w:rsidR="00F341A6" w14:paraId="6781080B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0BD22050" w14:textId="77777777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FECHA DE ELABORACIÓN:</w:t>
            </w:r>
          </w:p>
        </w:tc>
        <w:tc>
          <w:tcPr>
            <w:tcW w:w="5812" w:type="dxa"/>
            <w:vAlign w:val="center"/>
          </w:tcPr>
          <w:p w14:paraId="172E5509" w14:textId="2F57D888" w:rsidR="00F341A6" w:rsidRPr="002A3A91" w:rsidRDefault="003C64C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20 </w:t>
            </w:r>
            <w:r w:rsidR="00AA1660">
              <w:rPr>
                <w:rFonts w:ascii="Arial" w:hAnsi="Arial" w:cs="Arial"/>
                <w:sz w:val="20"/>
                <w:szCs w:val="20"/>
              </w:rPr>
              <w:t>SEPTIEMBRE</w:t>
            </w:r>
            <w:r w:rsidR="002A3A91" w:rsidRPr="002A3A91">
              <w:rPr>
                <w:rFonts w:ascii="Arial" w:hAnsi="Arial" w:cs="Arial"/>
                <w:sz w:val="20"/>
                <w:szCs w:val="20"/>
              </w:rPr>
              <w:t xml:space="preserve"> DE 2026</w:t>
            </w:r>
          </w:p>
        </w:tc>
      </w:tr>
      <w:tr w:rsidR="00F341A6" w14:paraId="037E0F81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5C1E7CAA" w14:textId="77777777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SITIO:</w:t>
            </w:r>
          </w:p>
        </w:tc>
        <w:tc>
          <w:tcPr>
            <w:tcW w:w="5812" w:type="dxa"/>
            <w:vAlign w:val="center"/>
          </w:tcPr>
          <w:p w14:paraId="18A16A77" w14:textId="2CE659D4" w:rsidR="00F341A6" w:rsidRPr="002A3A91" w:rsidRDefault="002A3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MALECÓN INTERNACIONAL</w:t>
            </w:r>
          </w:p>
        </w:tc>
      </w:tr>
      <w:tr w:rsidR="00F341A6" w14:paraId="0243E61E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16258B27" w14:textId="77777777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RESPONSABLE:</w:t>
            </w:r>
          </w:p>
        </w:tc>
        <w:tc>
          <w:tcPr>
            <w:tcW w:w="5812" w:type="dxa"/>
            <w:vAlign w:val="center"/>
          </w:tcPr>
          <w:p w14:paraId="39580EFE" w14:textId="47D7FE55" w:rsidR="00F341A6" w:rsidRPr="002A3A91" w:rsidRDefault="002A3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ROMUALDO TEC</w:t>
            </w:r>
          </w:p>
        </w:tc>
      </w:tr>
      <w:tr w:rsidR="00F341A6" w14:paraId="7D0E44CD" w14:textId="77777777" w:rsidTr="002A3A91">
        <w:trPr>
          <w:jc w:val="center"/>
        </w:trPr>
        <w:tc>
          <w:tcPr>
            <w:tcW w:w="4673" w:type="dxa"/>
            <w:shd w:val="clear" w:color="auto" w:fill="0064A6"/>
            <w:vAlign w:val="center"/>
          </w:tcPr>
          <w:p w14:paraId="01DFB716" w14:textId="03240ECE" w:rsidR="00F341A6" w:rsidRPr="002A3A91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2A3A91">
              <w:rPr>
                <w:rFonts w:ascii="Arial" w:hAnsi="Arial" w:cs="Arial"/>
                <w:b/>
                <w:color w:val="FFFFFF"/>
                <w:sz w:val="20"/>
                <w:szCs w:val="20"/>
              </w:rPr>
              <w:t>CARGO:</w:t>
            </w:r>
          </w:p>
        </w:tc>
        <w:tc>
          <w:tcPr>
            <w:tcW w:w="5812" w:type="dxa"/>
            <w:vAlign w:val="center"/>
          </w:tcPr>
          <w:p w14:paraId="7E7F8495" w14:textId="57BBCECA" w:rsidR="00F341A6" w:rsidRPr="002A3A91" w:rsidRDefault="002A3A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ADMINISTRADOR DE LA CERTIFICACIÓN BLUE FLAG</w:t>
            </w:r>
            <w:r w:rsidRPr="002A3A91">
              <w:rPr>
                <w:rFonts w:ascii="Arial" w:hAnsi="Arial" w:cs="Arial"/>
                <w:sz w:val="20"/>
                <w:szCs w:val="20"/>
              </w:rPr>
              <w:t>___________________________________</w:t>
            </w:r>
          </w:p>
        </w:tc>
      </w:tr>
    </w:tbl>
    <w:p w14:paraId="27726EC6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1. RESUMEN DEL MES</w:t>
      </w:r>
    </w:p>
    <w:p w14:paraId="6C1076F9" w14:textId="421FEDE6" w:rsidR="00F341A6" w:rsidRDefault="00000000">
      <w:pPr>
        <w:spacing w:after="40"/>
      </w:pPr>
      <w:proofErr w:type="spellStart"/>
      <w:r>
        <w:rPr>
          <w:rFonts w:ascii="Arial" w:hAnsi="Arial"/>
          <w:color w:val="5F6E78"/>
          <w:sz w:val="16"/>
        </w:rPr>
        <w:t>Describa</w:t>
      </w:r>
      <w:proofErr w:type="spellEnd"/>
      <w:r>
        <w:rPr>
          <w:rFonts w:ascii="Arial" w:hAnsi="Arial"/>
          <w:color w:val="5F6E78"/>
          <w:sz w:val="16"/>
        </w:rPr>
        <w:t xml:space="preserve"> </w:t>
      </w:r>
      <w:proofErr w:type="spellStart"/>
      <w:r>
        <w:rPr>
          <w:rFonts w:ascii="Arial" w:hAnsi="Arial"/>
          <w:color w:val="5F6E78"/>
          <w:sz w:val="16"/>
        </w:rPr>
        <w:t>brevemente</w:t>
      </w:r>
      <w:proofErr w:type="spellEnd"/>
      <w:r>
        <w:rPr>
          <w:rFonts w:ascii="Arial" w:hAnsi="Arial"/>
          <w:color w:val="5F6E78"/>
          <w:sz w:val="16"/>
        </w:rPr>
        <w:t xml:space="preserve"> las </w:t>
      </w:r>
      <w:proofErr w:type="spellStart"/>
      <w:r>
        <w:rPr>
          <w:rFonts w:ascii="Arial" w:hAnsi="Arial"/>
          <w:color w:val="5F6E78"/>
          <w:sz w:val="16"/>
        </w:rPr>
        <w:t>actividades</w:t>
      </w:r>
      <w:proofErr w:type="spellEnd"/>
      <w:r>
        <w:rPr>
          <w:rFonts w:ascii="Arial" w:hAnsi="Arial"/>
          <w:color w:val="5F6E78"/>
          <w:sz w:val="16"/>
        </w:rPr>
        <w:t xml:space="preserve"> realizadas, los principales logros y resultados del mes.</w:t>
      </w:r>
      <w:r>
        <w:rPr>
          <w:rFonts w:ascii="Arial" w:hAnsi="Arial"/>
          <w:color w:val="5F6E78"/>
          <w:sz w:val="16"/>
        </w:rPr>
        <w:br/>
      </w:r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Se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llevó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a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cabo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una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campaña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limpieza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en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los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humedales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de Progreso, la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cual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contó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con la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participación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activa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instituciones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gubernamentales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, la comunidad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estudiantil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y </w:t>
      </w:r>
      <w:proofErr w:type="spellStart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>voluntarios</w:t>
      </w:r>
      <w:proofErr w:type="spellEnd"/>
      <w:r w:rsidR="00280B3F" w:rsidRPr="00280B3F">
        <w:rPr>
          <w:rFonts w:ascii="Arial" w:hAnsi="Arial"/>
          <w:color w:val="5F6E78"/>
          <w:sz w:val="20"/>
          <w:szCs w:val="20"/>
          <w:u w:val="single"/>
        </w:rPr>
        <w:t xml:space="preserve"> locales.</w:t>
      </w:r>
      <w:r>
        <w:rPr>
          <w:rFonts w:ascii="Arial" w:hAnsi="Arial"/>
          <w:color w:val="5F6E78"/>
          <w:sz w:val="16"/>
        </w:rPr>
        <w:br/>
      </w:r>
    </w:p>
    <w:p w14:paraId="4EB10E84" w14:textId="5EA13E2A" w:rsidR="00F341A6" w:rsidRDefault="00CC55FC">
      <w:pPr>
        <w:pBdr>
          <w:bottom w:val="single" w:sz="8" w:space="0" w:color="5CA9DF"/>
        </w:pBdr>
        <w:spacing w:before="120" w:after="6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03733D0" wp14:editId="721FA678">
            <wp:simplePos x="0" y="0"/>
            <wp:positionH relativeFrom="column">
              <wp:posOffset>-7620</wp:posOffset>
            </wp:positionH>
            <wp:positionV relativeFrom="paragraph">
              <wp:posOffset>2368550</wp:posOffset>
            </wp:positionV>
            <wp:extent cx="2238375" cy="1781175"/>
            <wp:effectExtent l="0" t="0" r="9525" b="9525"/>
            <wp:wrapNone/>
            <wp:docPr id="124962440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6" r="10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781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90391CE" wp14:editId="43423D35">
            <wp:simplePos x="0" y="0"/>
            <wp:positionH relativeFrom="column">
              <wp:posOffset>4497705</wp:posOffset>
            </wp:positionH>
            <wp:positionV relativeFrom="paragraph">
              <wp:posOffset>263525</wp:posOffset>
            </wp:positionV>
            <wp:extent cx="2247900" cy="1781175"/>
            <wp:effectExtent l="0" t="0" r="0" b="9525"/>
            <wp:wrapNone/>
            <wp:docPr id="155760773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82" r="3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781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1660">
        <w:rPr>
          <w:noProof/>
        </w:rPr>
        <w:drawing>
          <wp:anchor distT="0" distB="0" distL="114300" distR="114300" simplePos="0" relativeHeight="251658240" behindDoc="0" locked="0" layoutInCell="1" allowOverlap="1" wp14:anchorId="3BD71299" wp14:editId="5F32FE95">
            <wp:simplePos x="0" y="0"/>
            <wp:positionH relativeFrom="column">
              <wp:posOffset>1905</wp:posOffset>
            </wp:positionH>
            <wp:positionV relativeFrom="paragraph">
              <wp:posOffset>292100</wp:posOffset>
            </wp:positionV>
            <wp:extent cx="2247900" cy="1762125"/>
            <wp:effectExtent l="0" t="0" r="0" b="9525"/>
            <wp:wrapNone/>
            <wp:docPr id="150629806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68" b="18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762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2CFA">
        <w:rPr>
          <w:rFonts w:ascii="Arial" w:hAnsi="Arial"/>
          <w:b/>
          <w:color w:val="004C84"/>
          <w:sz w:val="20"/>
        </w:rPr>
        <w:t>2. PRINCIPALES ACTIVIDADES REALIZADAS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9"/>
        <w:gridCol w:w="3548"/>
        <w:gridCol w:w="3549"/>
      </w:tblGrid>
      <w:tr w:rsidR="00F341A6" w14:paraId="1576DC85" w14:textId="77777777" w:rsidTr="003C64CC">
        <w:trPr>
          <w:jc w:val="center"/>
        </w:trPr>
        <w:tc>
          <w:tcPr>
            <w:tcW w:w="3549" w:type="dxa"/>
            <w:shd w:val="clear" w:color="auto" w:fill="EAF3F9"/>
            <w:vAlign w:val="center"/>
          </w:tcPr>
          <w:p w14:paraId="5419453A" w14:textId="5221B603" w:rsidR="00F341A6" w:rsidRDefault="003C64CC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  <w:p w14:paraId="4E24B861" w14:textId="77777777" w:rsidR="00522CFA" w:rsidRDefault="00522CFA">
            <w:pPr>
              <w:jc w:val="center"/>
            </w:pPr>
          </w:p>
          <w:p w14:paraId="4272AAAC" w14:textId="77777777" w:rsidR="00522CFA" w:rsidRDefault="00522CFA">
            <w:pPr>
              <w:jc w:val="center"/>
            </w:pPr>
          </w:p>
          <w:p w14:paraId="5CE0E208" w14:textId="77777777" w:rsidR="00522CFA" w:rsidRDefault="00522CFA">
            <w:pPr>
              <w:jc w:val="center"/>
            </w:pPr>
          </w:p>
          <w:p w14:paraId="174BF57E" w14:textId="77777777" w:rsidR="00522CFA" w:rsidRDefault="00522CFA">
            <w:pPr>
              <w:jc w:val="center"/>
            </w:pPr>
          </w:p>
          <w:p w14:paraId="4F6B6456" w14:textId="77777777" w:rsidR="00522CFA" w:rsidRDefault="00522CFA">
            <w:pPr>
              <w:jc w:val="center"/>
            </w:pPr>
          </w:p>
          <w:p w14:paraId="04B16EE9" w14:textId="77777777" w:rsidR="00522CFA" w:rsidRDefault="00522CFA">
            <w:pPr>
              <w:jc w:val="center"/>
            </w:pPr>
          </w:p>
          <w:p w14:paraId="7986B2B2" w14:textId="77777777" w:rsidR="00522CFA" w:rsidRDefault="00522CFA" w:rsidP="00522CFA"/>
        </w:tc>
        <w:tc>
          <w:tcPr>
            <w:tcW w:w="3548" w:type="dxa"/>
            <w:shd w:val="clear" w:color="auto" w:fill="EAF3F9"/>
            <w:vAlign w:val="center"/>
          </w:tcPr>
          <w:p w14:paraId="3F824136" w14:textId="11F6D538" w:rsidR="00F341A6" w:rsidRDefault="00CC55FC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7600A9B" wp14:editId="425D7C49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4445</wp:posOffset>
                  </wp:positionV>
                  <wp:extent cx="2219325" cy="1758950"/>
                  <wp:effectExtent l="0" t="0" r="9525" b="0"/>
                  <wp:wrapNone/>
                  <wp:docPr id="1022833396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758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00000">
              <w:rPr>
                <w:rFonts w:ascii="Arial" w:hAnsi="Arial"/>
                <w:sz w:val="16"/>
              </w:rPr>
              <w:br/>
            </w:r>
            <w:r w:rsidR="00000000">
              <w:rPr>
                <w:rFonts w:ascii="Arial" w:hAnsi="Arial"/>
                <w:sz w:val="16"/>
              </w:rPr>
              <w:br/>
              <w:t>[INSERTAR FOTOGRAFÍA AQUÍ]</w:t>
            </w:r>
            <w:r w:rsidR="00000000">
              <w:rPr>
                <w:rFonts w:ascii="Arial" w:hAnsi="Arial"/>
                <w:sz w:val="16"/>
              </w:rPr>
              <w:br/>
            </w:r>
            <w:r w:rsidR="00000000">
              <w:rPr>
                <w:rFonts w:ascii="Arial" w:hAnsi="Arial"/>
                <w:sz w:val="16"/>
              </w:rPr>
              <w:br/>
            </w:r>
          </w:p>
        </w:tc>
        <w:tc>
          <w:tcPr>
            <w:tcW w:w="3549" w:type="dxa"/>
            <w:shd w:val="clear" w:color="auto" w:fill="EAF3F9"/>
            <w:vAlign w:val="center"/>
          </w:tcPr>
          <w:p w14:paraId="030C99D9" w14:textId="5AE0818C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</w:tr>
      <w:tr w:rsidR="00F341A6" w14:paraId="2C487989" w14:textId="77777777" w:rsidTr="003C64CC">
        <w:trPr>
          <w:jc w:val="center"/>
        </w:trPr>
        <w:tc>
          <w:tcPr>
            <w:tcW w:w="3549" w:type="dxa"/>
            <w:vAlign w:val="center"/>
          </w:tcPr>
          <w:p w14:paraId="0BF6A720" w14:textId="4EF61937" w:rsidR="00F341A6" w:rsidRDefault="00000000">
            <w:proofErr w:type="spellStart"/>
            <w:r>
              <w:rPr>
                <w:rFonts w:ascii="Arial" w:hAnsi="Arial"/>
                <w:sz w:val="14"/>
              </w:rPr>
              <w:t>Actividad</w:t>
            </w:r>
            <w:proofErr w:type="spellEnd"/>
            <w:r>
              <w:rPr>
                <w:rFonts w:ascii="Arial" w:hAnsi="Arial"/>
                <w:sz w:val="14"/>
              </w:rPr>
              <w:t xml:space="preserve">: </w:t>
            </w:r>
            <w:r w:rsidR="00AA1660">
              <w:rPr>
                <w:rFonts w:ascii="Arial" w:hAnsi="Arial"/>
                <w:sz w:val="14"/>
              </w:rPr>
              <w:t>BIENVENIDA A LOS VOLUNTARIOS Y MENSAJE MOTIVACIONAL SOBRE EL CUIDADO DE LOS HUMEDALES.</w:t>
            </w:r>
          </w:p>
        </w:tc>
        <w:tc>
          <w:tcPr>
            <w:tcW w:w="3548" w:type="dxa"/>
            <w:vAlign w:val="center"/>
          </w:tcPr>
          <w:p w14:paraId="107621B6" w14:textId="1BF15EEF" w:rsidR="00F341A6" w:rsidRDefault="00000000">
            <w:proofErr w:type="spellStart"/>
            <w:r>
              <w:rPr>
                <w:rFonts w:ascii="Arial" w:hAnsi="Arial"/>
                <w:sz w:val="14"/>
              </w:rPr>
              <w:t>Actividad</w:t>
            </w:r>
            <w:proofErr w:type="spellEnd"/>
            <w:r>
              <w:rPr>
                <w:rFonts w:ascii="Arial" w:hAnsi="Arial"/>
                <w:sz w:val="14"/>
              </w:rPr>
              <w:t xml:space="preserve">: </w:t>
            </w:r>
            <w:r w:rsidR="00CC55FC">
              <w:rPr>
                <w:rFonts w:ascii="Arial" w:hAnsi="Arial"/>
                <w:sz w:val="14"/>
              </w:rPr>
              <w:t>JORNADA DE LIMPIEZA DE MANGLARES</w:t>
            </w:r>
          </w:p>
        </w:tc>
        <w:tc>
          <w:tcPr>
            <w:tcW w:w="3549" w:type="dxa"/>
            <w:vAlign w:val="center"/>
          </w:tcPr>
          <w:p w14:paraId="1EF8079B" w14:textId="57C20E81" w:rsidR="00F341A6" w:rsidRDefault="00000000">
            <w:proofErr w:type="spellStart"/>
            <w:r>
              <w:rPr>
                <w:rFonts w:ascii="Arial" w:hAnsi="Arial"/>
                <w:sz w:val="14"/>
              </w:rPr>
              <w:t>Actividad</w:t>
            </w:r>
            <w:proofErr w:type="spellEnd"/>
            <w:r>
              <w:rPr>
                <w:rFonts w:ascii="Arial" w:hAnsi="Arial"/>
                <w:sz w:val="14"/>
              </w:rPr>
              <w:t xml:space="preserve">: </w:t>
            </w:r>
            <w:r w:rsidR="00CC55FC">
              <w:rPr>
                <w:rFonts w:ascii="Arial" w:hAnsi="Arial"/>
                <w:sz w:val="14"/>
              </w:rPr>
              <w:t>JORNADA DE LIMPIEZA DE MANGLARES</w:t>
            </w:r>
          </w:p>
        </w:tc>
      </w:tr>
      <w:tr w:rsidR="00CC55FC" w14:paraId="54F755C4" w14:textId="77777777" w:rsidTr="00CC55FC">
        <w:tblPrEx>
          <w:jc w:val="left"/>
        </w:tblPrEx>
        <w:tc>
          <w:tcPr>
            <w:tcW w:w="3549" w:type="dxa"/>
          </w:tcPr>
          <w:p w14:paraId="6453351C" w14:textId="28AED49F" w:rsidR="00CC55FC" w:rsidRDefault="00CC55FC" w:rsidP="003F4127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D31BC6C" wp14:editId="1775D46A">
                  <wp:simplePos x="0" y="0"/>
                  <wp:positionH relativeFrom="column">
                    <wp:posOffset>2187576</wp:posOffset>
                  </wp:positionH>
                  <wp:positionV relativeFrom="paragraph">
                    <wp:posOffset>14605</wp:posOffset>
                  </wp:positionV>
                  <wp:extent cx="2247900" cy="1743075"/>
                  <wp:effectExtent l="0" t="0" r="0" b="9525"/>
                  <wp:wrapNone/>
                  <wp:docPr id="240599873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2" r="5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743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  <w:p w14:paraId="6729637D" w14:textId="77777777" w:rsidR="00CC55FC" w:rsidRDefault="00CC55FC" w:rsidP="003F4127">
            <w:pPr>
              <w:jc w:val="center"/>
            </w:pPr>
          </w:p>
          <w:p w14:paraId="39DA96F7" w14:textId="77777777" w:rsidR="00CC55FC" w:rsidRDefault="00CC55FC" w:rsidP="003F4127">
            <w:pPr>
              <w:jc w:val="center"/>
            </w:pPr>
          </w:p>
          <w:p w14:paraId="11DE526E" w14:textId="77777777" w:rsidR="00CC55FC" w:rsidRDefault="00CC55FC" w:rsidP="003F4127">
            <w:pPr>
              <w:jc w:val="center"/>
            </w:pPr>
          </w:p>
          <w:p w14:paraId="190D117E" w14:textId="77777777" w:rsidR="00CC55FC" w:rsidRDefault="00CC55FC" w:rsidP="003F4127">
            <w:pPr>
              <w:jc w:val="center"/>
            </w:pPr>
          </w:p>
          <w:p w14:paraId="2564C5D9" w14:textId="77777777" w:rsidR="00CC55FC" w:rsidRDefault="00CC55FC" w:rsidP="003F4127">
            <w:pPr>
              <w:jc w:val="center"/>
            </w:pPr>
          </w:p>
          <w:p w14:paraId="2606DCB7" w14:textId="77777777" w:rsidR="00CC55FC" w:rsidRDefault="00CC55FC" w:rsidP="003F4127">
            <w:pPr>
              <w:jc w:val="center"/>
            </w:pPr>
          </w:p>
          <w:p w14:paraId="704E2BDF" w14:textId="77777777" w:rsidR="00CC55FC" w:rsidRDefault="00CC55FC" w:rsidP="003F4127"/>
        </w:tc>
        <w:tc>
          <w:tcPr>
            <w:tcW w:w="3548" w:type="dxa"/>
          </w:tcPr>
          <w:p w14:paraId="01F61096" w14:textId="47FF500D" w:rsidR="00CC55FC" w:rsidRDefault="00CC55FC" w:rsidP="003F4127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3549" w:type="dxa"/>
          </w:tcPr>
          <w:p w14:paraId="57E706A9" w14:textId="77777777" w:rsidR="00CC55FC" w:rsidRDefault="00CC55FC" w:rsidP="003F4127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</w:tr>
      <w:tr w:rsidR="00CC55FC" w14:paraId="3A21B325" w14:textId="77777777" w:rsidTr="00CC55FC">
        <w:tblPrEx>
          <w:jc w:val="left"/>
        </w:tblPrEx>
        <w:tc>
          <w:tcPr>
            <w:tcW w:w="3549" w:type="dxa"/>
          </w:tcPr>
          <w:p w14:paraId="2FA21EEA" w14:textId="2B148B8A" w:rsidR="00CC55FC" w:rsidRDefault="00CC55FC" w:rsidP="003F4127">
            <w:proofErr w:type="spellStart"/>
            <w:r>
              <w:rPr>
                <w:rFonts w:ascii="Arial" w:hAnsi="Arial"/>
                <w:sz w:val="14"/>
              </w:rPr>
              <w:t>Actividad</w:t>
            </w:r>
            <w:proofErr w:type="spellEnd"/>
            <w:r>
              <w:rPr>
                <w:rFonts w:ascii="Arial" w:hAnsi="Arial"/>
                <w:sz w:val="14"/>
              </w:rPr>
              <w:t xml:space="preserve">: </w:t>
            </w:r>
            <w:r>
              <w:rPr>
                <w:rFonts w:ascii="Arial" w:hAnsi="Arial"/>
                <w:sz w:val="14"/>
              </w:rPr>
              <w:t>SEPARACIÓN DE MATERIALES RECOLECTADOS</w:t>
            </w:r>
          </w:p>
        </w:tc>
        <w:tc>
          <w:tcPr>
            <w:tcW w:w="3548" w:type="dxa"/>
          </w:tcPr>
          <w:p w14:paraId="7988C142" w14:textId="2E737787" w:rsidR="00CC55FC" w:rsidRDefault="00CC55FC" w:rsidP="003F4127">
            <w:proofErr w:type="spellStart"/>
            <w:r>
              <w:rPr>
                <w:rFonts w:ascii="Arial" w:hAnsi="Arial"/>
                <w:sz w:val="14"/>
              </w:rPr>
              <w:t>Actividad</w:t>
            </w:r>
            <w:proofErr w:type="spellEnd"/>
            <w:r>
              <w:rPr>
                <w:rFonts w:ascii="Arial" w:hAnsi="Arial"/>
                <w:sz w:val="14"/>
              </w:rPr>
              <w:t xml:space="preserve">: </w:t>
            </w:r>
            <w:r>
              <w:rPr>
                <w:rFonts w:ascii="Arial" w:hAnsi="Arial"/>
                <w:sz w:val="14"/>
              </w:rPr>
              <w:t>SEPARACIÓN DE MATERIALES RECOLECTADOS</w:t>
            </w:r>
          </w:p>
        </w:tc>
        <w:tc>
          <w:tcPr>
            <w:tcW w:w="3549" w:type="dxa"/>
          </w:tcPr>
          <w:p w14:paraId="0E6B0168" w14:textId="2D024C0D" w:rsidR="00CC55FC" w:rsidRDefault="00CC55FC" w:rsidP="003F4127">
            <w:proofErr w:type="spellStart"/>
            <w:r>
              <w:rPr>
                <w:rFonts w:ascii="Arial" w:hAnsi="Arial"/>
                <w:sz w:val="14"/>
              </w:rPr>
              <w:t>Actividad</w:t>
            </w:r>
            <w:proofErr w:type="spellEnd"/>
            <w:r>
              <w:rPr>
                <w:rFonts w:ascii="Arial" w:hAnsi="Arial"/>
                <w:sz w:val="14"/>
              </w:rPr>
              <w:t xml:space="preserve">: </w:t>
            </w:r>
          </w:p>
        </w:tc>
      </w:tr>
    </w:tbl>
    <w:p w14:paraId="7912E5C6" w14:textId="77777777" w:rsidR="00CC55FC" w:rsidRDefault="00CC55FC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2A9A0EC7" w14:textId="77777777" w:rsidR="00CC55FC" w:rsidRDefault="00CC55FC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6B8E7BC3" w14:textId="77777777" w:rsidR="00CC55FC" w:rsidRDefault="00CC55FC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22726ED2" w14:textId="77777777" w:rsidR="00CC55FC" w:rsidRDefault="00CC55FC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2335BBE7" w14:textId="77777777" w:rsidR="00CC55FC" w:rsidRDefault="00CC55FC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6ADA51C9" w14:textId="1B122C2F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lastRenderedPageBreak/>
        <w:t>3. PARTICIPANTES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9"/>
        <w:gridCol w:w="2129"/>
        <w:gridCol w:w="2129"/>
        <w:gridCol w:w="2129"/>
        <w:gridCol w:w="2130"/>
      </w:tblGrid>
      <w:tr w:rsidR="00F341A6" w14:paraId="5C86CE98" w14:textId="77777777">
        <w:trPr>
          <w:jc w:val="center"/>
        </w:trPr>
        <w:tc>
          <w:tcPr>
            <w:tcW w:w="2131" w:type="dxa"/>
            <w:shd w:val="clear" w:color="auto" w:fill="0064A6"/>
            <w:vAlign w:val="center"/>
          </w:tcPr>
          <w:p w14:paraId="54806ABA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TOTAL DE PARTICIPANTES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5D8B5230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LOCALES / COMUNIDAD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44DCD580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VISITANTES / TURISTAS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66F77613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NIÑOS, NIÑAS Y JÓVENES</w:t>
            </w:r>
          </w:p>
        </w:tc>
        <w:tc>
          <w:tcPr>
            <w:tcW w:w="2131" w:type="dxa"/>
            <w:shd w:val="clear" w:color="auto" w:fill="0064A6"/>
            <w:vAlign w:val="center"/>
          </w:tcPr>
          <w:p w14:paraId="3E79AA4B" w14:textId="77777777" w:rsidR="00F341A6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4"/>
              </w:rPr>
              <w:t>INSTITUCIONES ALIADAS</w:t>
            </w:r>
          </w:p>
        </w:tc>
      </w:tr>
      <w:tr w:rsidR="00F341A6" w14:paraId="467505C5" w14:textId="77777777">
        <w:trPr>
          <w:jc w:val="center"/>
        </w:trPr>
        <w:tc>
          <w:tcPr>
            <w:tcW w:w="2131" w:type="dxa"/>
            <w:vAlign w:val="center"/>
          </w:tcPr>
          <w:p w14:paraId="3AB084C5" w14:textId="719C0F3F" w:rsidR="00F341A6" w:rsidRPr="00522CFA" w:rsidRDefault="00CC55FC" w:rsidP="003C6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2131" w:type="dxa"/>
            <w:vAlign w:val="center"/>
          </w:tcPr>
          <w:p w14:paraId="20E25475" w14:textId="6114097C" w:rsidR="00F341A6" w:rsidRPr="00522CFA" w:rsidRDefault="00CC55FC" w:rsidP="003C6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2131" w:type="dxa"/>
            <w:vAlign w:val="center"/>
          </w:tcPr>
          <w:p w14:paraId="25CECCA5" w14:textId="5D1F5CAD" w:rsidR="00F341A6" w:rsidRPr="00522CFA" w:rsidRDefault="00CC55FC" w:rsidP="003C6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2131" w:type="dxa"/>
            <w:vAlign w:val="center"/>
          </w:tcPr>
          <w:p w14:paraId="098D9C01" w14:textId="173333AA" w:rsidR="00F341A6" w:rsidRPr="00522CFA" w:rsidRDefault="00CC55FC" w:rsidP="003C6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131" w:type="dxa"/>
            <w:vAlign w:val="center"/>
          </w:tcPr>
          <w:p w14:paraId="18A67F79" w14:textId="2251B9EE" w:rsidR="003C64CC" w:rsidRPr="00522CFA" w:rsidRDefault="00CC55FC" w:rsidP="003C6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35DC2F91" w14:textId="662D86BF" w:rsidR="00F341A6" w:rsidRDefault="00F341A6">
      <w:pPr>
        <w:spacing w:after="60"/>
        <w:jc w:val="center"/>
      </w:pPr>
    </w:p>
    <w:p w14:paraId="5FA3FD1C" w14:textId="34F08A9D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4. EVIDENCIA FOTOGRÁFICA ADICIONAL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8"/>
        <w:gridCol w:w="3549"/>
        <w:gridCol w:w="3549"/>
      </w:tblGrid>
      <w:tr w:rsidR="00F341A6" w14:paraId="2E96B780" w14:textId="77777777" w:rsidTr="00E20B25">
        <w:trPr>
          <w:jc w:val="center"/>
        </w:trPr>
        <w:tc>
          <w:tcPr>
            <w:tcW w:w="3548" w:type="dxa"/>
            <w:shd w:val="clear" w:color="auto" w:fill="EAF3F9"/>
            <w:vAlign w:val="center"/>
          </w:tcPr>
          <w:p w14:paraId="31321694" w14:textId="7777777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3549" w:type="dxa"/>
            <w:shd w:val="clear" w:color="auto" w:fill="EAF3F9"/>
            <w:vAlign w:val="center"/>
          </w:tcPr>
          <w:p w14:paraId="69990BD2" w14:textId="7777777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w="3549" w:type="dxa"/>
            <w:shd w:val="clear" w:color="auto" w:fill="EAF3F9"/>
            <w:vAlign w:val="center"/>
          </w:tcPr>
          <w:p w14:paraId="2F67723F" w14:textId="77777777" w:rsidR="00F341A6" w:rsidRDefault="00000000">
            <w:pPr>
              <w:jc w:val="center"/>
            </w:pP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  <w:t>[INSERTAR FOTOGRAFÍA AQUÍ]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br/>
            </w:r>
          </w:p>
        </w:tc>
      </w:tr>
      <w:tr w:rsidR="00F341A6" w14:paraId="2593D134" w14:textId="77777777" w:rsidTr="00E20B25">
        <w:trPr>
          <w:jc w:val="center"/>
        </w:trPr>
        <w:tc>
          <w:tcPr>
            <w:tcW w:w="3548" w:type="dxa"/>
            <w:vAlign w:val="center"/>
          </w:tcPr>
          <w:p w14:paraId="670A7074" w14:textId="77777777" w:rsidR="00F341A6" w:rsidRDefault="00000000">
            <w:r>
              <w:rPr>
                <w:rFonts w:ascii="Arial" w:hAnsi="Arial"/>
                <w:sz w:val="14"/>
              </w:rPr>
              <w:t xml:space="preserve">Breve </w:t>
            </w:r>
            <w:proofErr w:type="spellStart"/>
            <w:r>
              <w:rPr>
                <w:rFonts w:ascii="Arial" w:hAnsi="Arial"/>
                <w:sz w:val="14"/>
              </w:rPr>
              <w:t>descripción</w:t>
            </w:r>
            <w:proofErr w:type="spellEnd"/>
            <w:r>
              <w:rPr>
                <w:rFonts w:ascii="Arial" w:hAnsi="Arial"/>
                <w:sz w:val="14"/>
              </w:rPr>
              <w:t>: __________________</w:t>
            </w:r>
          </w:p>
        </w:tc>
        <w:tc>
          <w:tcPr>
            <w:tcW w:w="3549" w:type="dxa"/>
            <w:vAlign w:val="center"/>
          </w:tcPr>
          <w:p w14:paraId="168912DF" w14:textId="77777777" w:rsidR="00F341A6" w:rsidRDefault="00000000">
            <w:r>
              <w:rPr>
                <w:rFonts w:ascii="Arial" w:hAnsi="Arial"/>
                <w:sz w:val="14"/>
              </w:rPr>
              <w:t>Breve descripción: __________________</w:t>
            </w:r>
          </w:p>
        </w:tc>
        <w:tc>
          <w:tcPr>
            <w:tcW w:w="3549" w:type="dxa"/>
            <w:vAlign w:val="center"/>
          </w:tcPr>
          <w:p w14:paraId="23A5AABD" w14:textId="77777777" w:rsidR="00F341A6" w:rsidRDefault="00000000">
            <w:r>
              <w:rPr>
                <w:rFonts w:ascii="Arial" w:hAnsi="Arial"/>
                <w:sz w:val="14"/>
              </w:rPr>
              <w:t>Breve descripción: __________________</w:t>
            </w:r>
          </w:p>
        </w:tc>
      </w:tr>
    </w:tbl>
    <w:p w14:paraId="61EC30E6" w14:textId="77777777" w:rsidR="008C01FB" w:rsidRDefault="008C01FB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</w:p>
    <w:p w14:paraId="2A0567AF" w14:textId="3D1CC67D" w:rsidR="00E20B25" w:rsidRDefault="00000000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  <w:r>
        <w:rPr>
          <w:rFonts w:ascii="Arial" w:hAnsi="Arial"/>
          <w:b/>
          <w:color w:val="004C84"/>
          <w:sz w:val="20"/>
        </w:rPr>
        <w:t>5. DIFUSIÓN Y PROMOCIÓN</w:t>
      </w:r>
    </w:p>
    <w:p w14:paraId="1A6FFD7D" w14:textId="1166D9D1" w:rsidR="00E20B25" w:rsidRDefault="00CC55FC">
      <w:pPr>
        <w:pBdr>
          <w:bottom w:val="single" w:sz="8" w:space="0" w:color="5CA9DF"/>
        </w:pBdr>
        <w:spacing w:before="120" w:after="60"/>
        <w:rPr>
          <w:rFonts w:ascii="Arial" w:hAnsi="Arial"/>
          <w:b/>
          <w:color w:val="004C84"/>
          <w:sz w:val="20"/>
        </w:rPr>
      </w:pPr>
      <w:r>
        <w:rPr>
          <w:rFonts w:ascii="Arial" w:hAnsi="Arial"/>
          <w:b/>
          <w:color w:val="004C84"/>
          <w:sz w:val="20"/>
        </w:rPr>
        <w:t>REDES SOCIALES DEL H. AYUNTAMIENTO DE PROGRESO</w:t>
      </w:r>
    </w:p>
    <w:p w14:paraId="4FDF6743" w14:textId="77777777" w:rsidR="00CC55FC" w:rsidRDefault="00CC55FC">
      <w:pPr>
        <w:pBdr>
          <w:bottom w:val="single" w:sz="8" w:space="0" w:color="5CA9DF"/>
        </w:pBdr>
        <w:spacing w:before="120" w:after="60"/>
      </w:pPr>
    </w:p>
    <w:p w14:paraId="59129C59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6. CONCLUSIONES Y PRÓXIMOS PASOS</w:t>
      </w:r>
    </w:p>
    <w:p w14:paraId="2966E5DB" w14:textId="69C48D48" w:rsidR="00E20B25" w:rsidRPr="00CC55FC" w:rsidRDefault="00CC55FC">
      <w:pPr>
        <w:spacing w:after="40"/>
        <w:rPr>
          <w:rFonts w:ascii="Arial" w:hAnsi="Arial"/>
          <w:color w:val="5F6E78"/>
          <w:sz w:val="20"/>
          <w:szCs w:val="20"/>
          <w:u w:val="single"/>
          <w:lang w:val="es-MX"/>
        </w:rPr>
      </w:pPr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Se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llevó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a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cabo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una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campaña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limpieza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en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los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humedales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de Progreso,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logrando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el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retiro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aproximadamente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1,000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kilogramos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residuos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.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Estas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acciones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resultan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vitales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debido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al alto valor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ecológico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estos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ecosistemas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para la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región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. La jornada se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consolidó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gracias al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esfuerzo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conjunto y la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participación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de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instituciones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gubernamentales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,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elementos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de la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Secretaría</w:t>
      </w:r>
      <w:proofErr w:type="spellEnd"/>
      <w:r w:rsidRPr="00CC55FC">
        <w:rPr>
          <w:rFonts w:ascii="Arial" w:hAnsi="Arial"/>
          <w:color w:val="5F6E78"/>
          <w:sz w:val="20"/>
          <w:szCs w:val="20"/>
          <w:u w:val="single"/>
        </w:rPr>
        <w:t xml:space="preserve"> de Marina, el Ayuntamiento de Progreso y la comunidad </w:t>
      </w:r>
      <w:proofErr w:type="spellStart"/>
      <w:r w:rsidRPr="00CC55FC">
        <w:rPr>
          <w:rFonts w:ascii="Arial" w:hAnsi="Arial"/>
          <w:color w:val="5F6E78"/>
          <w:sz w:val="20"/>
          <w:szCs w:val="20"/>
          <w:u w:val="single"/>
        </w:rPr>
        <w:t>estudiantil</w:t>
      </w:r>
      <w:proofErr w:type="spellEnd"/>
    </w:p>
    <w:p w14:paraId="0029C5FA" w14:textId="77777777" w:rsidR="00CC55FC" w:rsidRDefault="00CC55FC">
      <w:pPr>
        <w:spacing w:after="40"/>
        <w:rPr>
          <w:rFonts w:ascii="Arial" w:hAnsi="Arial"/>
          <w:color w:val="5F6E78"/>
          <w:sz w:val="16"/>
          <w:lang w:val="es-MX"/>
        </w:rPr>
      </w:pPr>
    </w:p>
    <w:p w14:paraId="5EE73A02" w14:textId="77777777" w:rsidR="00CC55FC" w:rsidRDefault="00CC55FC">
      <w:pPr>
        <w:spacing w:after="40"/>
        <w:rPr>
          <w:rFonts w:ascii="Arial" w:hAnsi="Arial"/>
          <w:color w:val="5F6E78"/>
          <w:sz w:val="16"/>
          <w:lang w:val="es-MX"/>
        </w:rPr>
      </w:pPr>
    </w:p>
    <w:p w14:paraId="64478930" w14:textId="77777777" w:rsidR="00CC55FC" w:rsidRPr="00E20B25" w:rsidRDefault="00CC55FC">
      <w:pPr>
        <w:spacing w:after="40"/>
        <w:rPr>
          <w:rFonts w:ascii="Arial" w:hAnsi="Arial"/>
          <w:color w:val="5F6E78"/>
          <w:sz w:val="16"/>
          <w:lang w:val="es-MX"/>
        </w:rPr>
      </w:pPr>
    </w:p>
    <w:p w14:paraId="66CFFD8B" w14:textId="77777777" w:rsidR="00F341A6" w:rsidRDefault="00000000">
      <w:pPr>
        <w:pBdr>
          <w:bottom w:val="single" w:sz="8" w:space="0" w:color="5CA9DF"/>
        </w:pBdr>
        <w:spacing w:before="120" w:after="60"/>
      </w:pPr>
      <w:r>
        <w:rPr>
          <w:rFonts w:ascii="Arial" w:hAnsi="Arial"/>
          <w:b/>
          <w:color w:val="004C84"/>
          <w:sz w:val="20"/>
        </w:rPr>
        <w:t>7. OBSERVACIONES</w:t>
      </w:r>
    </w:p>
    <w:p w14:paraId="543EAC17" w14:textId="10872350" w:rsidR="00F341A6" w:rsidRDefault="00000000">
      <w:pPr>
        <w:spacing w:after="40"/>
      </w:pPr>
      <w:r>
        <w:rPr>
          <w:rFonts w:ascii="Arial" w:hAnsi="Arial"/>
          <w:color w:val="5F6E78"/>
          <w:sz w:val="16"/>
        </w:rPr>
        <w:t>Anote alguna situación relevante o necesidad de seguimiento, si corresponde.</w:t>
      </w:r>
      <w:r>
        <w:rPr>
          <w:rFonts w:ascii="Arial" w:hAnsi="Arial"/>
          <w:color w:val="5F6E78"/>
          <w:sz w:val="16"/>
        </w:rPr>
        <w:br/>
        <w:t>________________________________________________________________________________________</w:t>
      </w:r>
    </w:p>
    <w:p w14:paraId="54F19317" w14:textId="43C949DF" w:rsidR="00766CC6" w:rsidRPr="00766CC6" w:rsidRDefault="00766CC6" w:rsidP="00766CC6">
      <w:pPr>
        <w:tabs>
          <w:tab w:val="left" w:pos="3768"/>
        </w:tabs>
      </w:pPr>
    </w:p>
    <w:sectPr w:rsidR="00766CC6" w:rsidRPr="00766CC6" w:rsidSect="00034616">
      <w:footerReference w:type="default" r:id="rId14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16165" w14:textId="77777777" w:rsidR="00877127" w:rsidRDefault="00877127">
      <w:pPr>
        <w:spacing w:after="0" w:line="240" w:lineRule="auto"/>
      </w:pPr>
      <w:r>
        <w:separator/>
      </w:r>
    </w:p>
  </w:endnote>
  <w:endnote w:type="continuationSeparator" w:id="0">
    <w:p w14:paraId="27DE2205" w14:textId="77777777" w:rsidR="00877127" w:rsidRDefault="0087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098D" w14:textId="00C572AC" w:rsidR="00F341A6" w:rsidRDefault="00000000">
    <w:pPr>
      <w:pStyle w:val="Piedepgina"/>
      <w:jc w:val="center"/>
    </w:pPr>
    <w:r>
      <w:rPr>
        <w:rFonts w:ascii="Arial" w:hAnsi="Arial"/>
        <w:color w:val="005A91"/>
        <w:sz w:val="14"/>
      </w:rPr>
      <w:t>BLUE FLAG · MAL</w:t>
    </w:r>
    <w:r w:rsidR="00766CC6">
      <w:rPr>
        <w:rFonts w:ascii="Arial" w:hAnsi="Arial"/>
        <w:color w:val="005A91"/>
        <w:sz w:val="14"/>
      </w:rPr>
      <w:t>EC</w:t>
    </w:r>
    <w:r>
      <w:rPr>
        <w:rFonts w:ascii="Arial" w:hAnsi="Arial"/>
        <w:color w:val="005A91"/>
        <w:sz w:val="14"/>
      </w:rPr>
      <w:t>ÓN INTERNACIONAL DE PROGRESO · TEMPORADA 2026–2027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BB1DE" w14:textId="77777777" w:rsidR="00877127" w:rsidRDefault="00877127">
      <w:pPr>
        <w:spacing w:after="0" w:line="240" w:lineRule="auto"/>
      </w:pPr>
      <w:r>
        <w:separator/>
      </w:r>
    </w:p>
  </w:footnote>
  <w:footnote w:type="continuationSeparator" w:id="0">
    <w:p w14:paraId="562C2689" w14:textId="77777777" w:rsidR="00877127" w:rsidRDefault="00877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0C5BA4"/>
    <w:multiLevelType w:val="hybridMultilevel"/>
    <w:tmpl w:val="C5AE2B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235093">
    <w:abstractNumId w:val="8"/>
  </w:num>
  <w:num w:numId="2" w16cid:durableId="1879005922">
    <w:abstractNumId w:val="6"/>
  </w:num>
  <w:num w:numId="3" w16cid:durableId="1250843474">
    <w:abstractNumId w:val="5"/>
  </w:num>
  <w:num w:numId="4" w16cid:durableId="186064960">
    <w:abstractNumId w:val="4"/>
  </w:num>
  <w:num w:numId="5" w16cid:durableId="22244698">
    <w:abstractNumId w:val="7"/>
  </w:num>
  <w:num w:numId="6" w16cid:durableId="56704779">
    <w:abstractNumId w:val="3"/>
  </w:num>
  <w:num w:numId="7" w16cid:durableId="656685387">
    <w:abstractNumId w:val="2"/>
  </w:num>
  <w:num w:numId="8" w16cid:durableId="881868922">
    <w:abstractNumId w:val="1"/>
  </w:num>
  <w:num w:numId="9" w16cid:durableId="990795558">
    <w:abstractNumId w:val="0"/>
  </w:num>
  <w:num w:numId="10" w16cid:durableId="10536223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6361"/>
    <w:rsid w:val="0015074B"/>
    <w:rsid w:val="00280B3F"/>
    <w:rsid w:val="0029639D"/>
    <w:rsid w:val="002A3A91"/>
    <w:rsid w:val="00303954"/>
    <w:rsid w:val="00326F90"/>
    <w:rsid w:val="003655DE"/>
    <w:rsid w:val="003C64CC"/>
    <w:rsid w:val="00420AF9"/>
    <w:rsid w:val="00431DD5"/>
    <w:rsid w:val="00522CFA"/>
    <w:rsid w:val="0054305D"/>
    <w:rsid w:val="00751E59"/>
    <w:rsid w:val="00766CC6"/>
    <w:rsid w:val="00877127"/>
    <w:rsid w:val="008C01FB"/>
    <w:rsid w:val="009107F7"/>
    <w:rsid w:val="009601E6"/>
    <w:rsid w:val="00AA1660"/>
    <w:rsid w:val="00AA1D8D"/>
    <w:rsid w:val="00B47730"/>
    <w:rsid w:val="00C1350C"/>
    <w:rsid w:val="00C445C2"/>
    <w:rsid w:val="00CB0664"/>
    <w:rsid w:val="00CC55FC"/>
    <w:rsid w:val="00E20B25"/>
    <w:rsid w:val="00F341A6"/>
    <w:rsid w:val="00F97BF5"/>
    <w:rsid w:val="00FC63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94851A"/>
  <w14:defaultImageDpi w14:val="300"/>
  <w15:docId w15:val="{AFF06511-DA5C-458A-8D60-C160E2BD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338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turismo2</cp:lastModifiedBy>
  <cp:revision>9</cp:revision>
  <dcterms:created xsi:type="dcterms:W3CDTF">2026-10-09T03:07:00Z</dcterms:created>
  <dcterms:modified xsi:type="dcterms:W3CDTF">2026-10-09T16:47:00Z</dcterms:modified>
  <cp:category/>
</cp:coreProperties>
</file>